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82AE6" w14:textId="6EA48E3F" w:rsidR="009629E0" w:rsidRPr="00E170D2" w:rsidRDefault="009629E0" w:rsidP="009629E0">
      <w:pPr>
        <w:rPr>
          <w:rFonts w:ascii="Arial" w:hAnsi="Arial" w:cs="Arial"/>
          <w:b/>
          <w:sz w:val="8"/>
          <w:szCs w:val="8"/>
          <w:lang w:val="pl-PL"/>
        </w:rPr>
      </w:pPr>
      <w:r w:rsidRPr="00933A4E">
        <w:rPr>
          <w:rFonts w:ascii="Arial" w:hAnsi="Arial" w:cs="Arial"/>
          <w:b/>
          <w:sz w:val="32"/>
          <w:szCs w:val="32"/>
          <w:lang w:val="pl-PL"/>
        </w:rPr>
        <w:t xml:space="preserve">                          </w:t>
      </w:r>
      <w:r w:rsidRPr="00933A4E">
        <w:rPr>
          <w:rFonts w:ascii="Arial" w:hAnsi="Arial" w:cs="Arial"/>
          <w:b/>
          <w:noProof/>
          <w:sz w:val="32"/>
          <w:szCs w:val="32"/>
          <w:lang w:val="pl-PL"/>
        </w:rPr>
        <w:drawing>
          <wp:inline distT="0" distB="0" distL="0" distR="0" wp14:anchorId="70A0F1C8" wp14:editId="7D412722">
            <wp:extent cx="1432560" cy="793750"/>
            <wp:effectExtent l="0" t="0" r="0" b="6350"/>
            <wp:docPr id="3982114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11458" name=""/>
                    <pic:cNvPicPr/>
                  </pic:nvPicPr>
                  <pic:blipFill rotWithShape="1">
                    <a:blip r:embed="rId8"/>
                    <a:srcRect t="11848" r="66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616" cy="79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3A4E">
        <w:rPr>
          <w:rFonts w:ascii="Arial" w:hAnsi="Arial" w:cs="Arial"/>
          <w:b/>
          <w:sz w:val="32"/>
          <w:szCs w:val="32"/>
          <w:lang w:val="pl-PL"/>
        </w:rPr>
        <w:t xml:space="preserve">                                           </w:t>
      </w:r>
      <w:r w:rsidRPr="00933A4E">
        <w:rPr>
          <w:rFonts w:ascii="Arial" w:hAnsi="Arial" w:cs="Arial"/>
          <w:b/>
          <w:noProof/>
          <w:sz w:val="32"/>
          <w:szCs w:val="32"/>
          <w:lang w:val="pl-PL"/>
        </w:rPr>
        <w:drawing>
          <wp:inline distT="0" distB="0" distL="0" distR="0" wp14:anchorId="5629F132" wp14:editId="5E2FB017">
            <wp:extent cx="1844040" cy="759710"/>
            <wp:effectExtent l="0" t="0" r="3810" b="2540"/>
            <wp:docPr id="7610134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11458" name=""/>
                    <pic:cNvPicPr/>
                  </pic:nvPicPr>
                  <pic:blipFill rotWithShape="1">
                    <a:blip r:embed="rId8"/>
                    <a:srcRect l="4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372" cy="76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682F" w:rsidRPr="00933A4E">
        <w:rPr>
          <w:rFonts w:ascii="Arial" w:hAnsi="Arial" w:cs="Arial"/>
          <w:b/>
          <w:sz w:val="32"/>
          <w:szCs w:val="32"/>
          <w:lang w:val="pl-PL"/>
        </w:rPr>
        <w:br/>
      </w:r>
    </w:p>
    <w:p w14:paraId="5EEF9DFB" w14:textId="575FAC09" w:rsidR="001333E2" w:rsidRPr="0041408F" w:rsidRDefault="004A3777" w:rsidP="0041408F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E170D2">
        <w:rPr>
          <w:rFonts w:ascii="Arial" w:hAnsi="Arial" w:cs="Arial"/>
          <w:b/>
          <w:sz w:val="28"/>
          <w:szCs w:val="28"/>
          <w:lang w:val="pl-PL"/>
        </w:rPr>
        <w:t xml:space="preserve">WYMAGANIA EDUKACYJNE – </w:t>
      </w:r>
      <w:r w:rsidR="008B0574">
        <w:rPr>
          <w:rFonts w:ascii="Arial" w:hAnsi="Arial" w:cs="Arial"/>
          <w:b/>
          <w:sz w:val="28"/>
          <w:szCs w:val="28"/>
          <w:lang w:val="pl-PL"/>
        </w:rPr>
        <w:t>EDUK</w:t>
      </w:r>
      <w:r w:rsidR="00E23901">
        <w:rPr>
          <w:rFonts w:ascii="Arial" w:hAnsi="Arial" w:cs="Arial"/>
          <w:b/>
          <w:sz w:val="28"/>
          <w:szCs w:val="28"/>
          <w:lang w:val="pl-PL"/>
        </w:rPr>
        <w:t>A</w:t>
      </w:r>
      <w:r w:rsidR="008B0574">
        <w:rPr>
          <w:rFonts w:ascii="Arial" w:hAnsi="Arial" w:cs="Arial"/>
          <w:b/>
          <w:sz w:val="28"/>
          <w:szCs w:val="28"/>
          <w:lang w:val="pl-PL"/>
        </w:rPr>
        <w:t xml:space="preserve">CJA JĘZYKOWA </w:t>
      </w:r>
      <w:r w:rsidR="008B0574" w:rsidRPr="00E170D2">
        <w:rPr>
          <w:rFonts w:ascii="Arial" w:hAnsi="Arial" w:cs="Arial"/>
          <w:b/>
          <w:sz w:val="28"/>
          <w:szCs w:val="28"/>
          <w:lang w:val="pl-PL"/>
        </w:rPr>
        <w:t>–</w:t>
      </w:r>
      <w:r w:rsidR="008B0574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Pr="00E170D2">
        <w:rPr>
          <w:rFonts w:ascii="Arial" w:hAnsi="Arial" w:cs="Arial"/>
          <w:b/>
          <w:sz w:val="28"/>
          <w:szCs w:val="28"/>
          <w:lang w:val="pl-PL"/>
        </w:rPr>
        <w:t>JĘZYK ANGIELSKI</w:t>
      </w:r>
      <w:r w:rsidR="009629E0" w:rsidRPr="00E170D2">
        <w:rPr>
          <w:rFonts w:ascii="Arial" w:hAnsi="Arial" w:cs="Arial"/>
          <w:b/>
          <w:sz w:val="28"/>
          <w:szCs w:val="28"/>
          <w:lang w:val="pl-PL"/>
        </w:rPr>
        <w:t xml:space="preserve"> –  KLASA </w:t>
      </w:r>
      <w:r w:rsidR="008B0574">
        <w:rPr>
          <w:rFonts w:ascii="Arial" w:hAnsi="Arial" w:cs="Arial"/>
          <w:b/>
          <w:sz w:val="28"/>
          <w:szCs w:val="28"/>
          <w:lang w:val="pl-PL"/>
        </w:rPr>
        <w:t>1</w:t>
      </w:r>
      <w:r w:rsidR="003009A0" w:rsidRPr="00E170D2">
        <w:rPr>
          <w:rFonts w:ascii="Arial" w:hAnsi="Arial" w:cs="Arial"/>
          <w:b/>
          <w:sz w:val="28"/>
          <w:szCs w:val="28"/>
          <w:lang w:val="pl-PL"/>
        </w:rPr>
        <w:t xml:space="preserve"> </w:t>
      </w:r>
    </w:p>
    <w:p w14:paraId="4F85047D" w14:textId="426DB3AD" w:rsidR="00D75026" w:rsidRDefault="009629E0" w:rsidP="00D75026">
      <w:pPr>
        <w:rPr>
          <w:rFonts w:ascii="Arial" w:hAnsi="Arial" w:cs="Arial"/>
          <w:iCs/>
          <w:sz w:val="24"/>
          <w:szCs w:val="24"/>
          <w:lang w:val="pl-PL"/>
        </w:rPr>
      </w:pPr>
      <w:r w:rsidRPr="00933A4E">
        <w:rPr>
          <w:rFonts w:ascii="Arial" w:hAnsi="Arial" w:cs="Arial"/>
          <w:iCs/>
          <w:sz w:val="24"/>
          <w:szCs w:val="24"/>
          <w:lang w:val="pl-PL"/>
        </w:rPr>
        <w:t>Wymagania edukacyjne zostały opracowane zgodnie z podstawą programową obowiązującą od 2026 rok</w:t>
      </w:r>
      <w:r w:rsidR="00DE4B15">
        <w:rPr>
          <w:rFonts w:ascii="Arial" w:hAnsi="Arial" w:cs="Arial"/>
          <w:iCs/>
          <w:sz w:val="24"/>
          <w:szCs w:val="24"/>
          <w:lang w:val="pl-PL"/>
        </w:rPr>
        <w:t>u</w:t>
      </w:r>
      <w:r w:rsidRPr="00933A4E">
        <w:rPr>
          <w:rFonts w:ascii="Arial" w:hAnsi="Arial" w:cs="Arial"/>
          <w:iCs/>
          <w:sz w:val="24"/>
          <w:szCs w:val="24"/>
          <w:lang w:val="pl-PL"/>
        </w:rPr>
        <w:t>, programem nauczania języka angielskiego dla I</w:t>
      </w:r>
      <w:r w:rsidR="008B0574">
        <w:rPr>
          <w:rFonts w:ascii="Arial" w:hAnsi="Arial" w:cs="Arial"/>
          <w:iCs/>
          <w:sz w:val="24"/>
          <w:szCs w:val="24"/>
          <w:lang w:val="pl-PL"/>
        </w:rPr>
        <w:t xml:space="preserve"> </w:t>
      </w:r>
      <w:r w:rsidRPr="00933A4E">
        <w:rPr>
          <w:rFonts w:ascii="Arial" w:hAnsi="Arial" w:cs="Arial"/>
          <w:iCs/>
          <w:sz w:val="24"/>
          <w:szCs w:val="24"/>
          <w:lang w:val="pl-PL"/>
        </w:rPr>
        <w:t xml:space="preserve">etapu edukacyjnego autorstwa dr Magdaleny Kębłowskiej oraz podręcznikiem </w:t>
      </w:r>
      <w:r w:rsidR="008B0574" w:rsidRPr="00B11133">
        <w:rPr>
          <w:rFonts w:ascii="Arial" w:hAnsi="Arial" w:cs="Arial"/>
          <w:b/>
          <w:bCs/>
          <w:i/>
          <w:sz w:val="24"/>
          <w:szCs w:val="24"/>
          <w:lang w:val="pl-PL"/>
        </w:rPr>
        <w:t>Happy Toons 1</w:t>
      </w:r>
      <w:r w:rsidR="00E23901" w:rsidRPr="00B11133">
        <w:rPr>
          <w:rFonts w:ascii="Arial" w:hAnsi="Arial" w:cs="Arial"/>
          <w:b/>
          <w:bCs/>
          <w:i/>
          <w:sz w:val="24"/>
          <w:szCs w:val="24"/>
          <w:lang w:val="pl-PL"/>
        </w:rPr>
        <w:t xml:space="preserve"> (edycja polska)</w:t>
      </w:r>
      <w:r w:rsidRPr="00933A4E">
        <w:rPr>
          <w:rFonts w:ascii="Arial" w:hAnsi="Arial" w:cs="Arial"/>
          <w:iCs/>
          <w:sz w:val="24"/>
          <w:szCs w:val="24"/>
          <w:lang w:val="pl-PL"/>
        </w:rPr>
        <w:t>.</w:t>
      </w:r>
    </w:p>
    <w:p w14:paraId="75E7CDBB" w14:textId="77777777" w:rsidR="00706F75" w:rsidRPr="00706F75" w:rsidRDefault="00706F75" w:rsidP="00D75026">
      <w:pPr>
        <w:rPr>
          <w:rFonts w:ascii="Arial" w:hAnsi="Arial" w:cs="Arial"/>
          <w:iCs/>
          <w:sz w:val="2"/>
          <w:szCs w:val="2"/>
          <w:lang w:val="pl-PL"/>
        </w:rPr>
      </w:pPr>
    </w:p>
    <w:p w14:paraId="61C462BB" w14:textId="39F1FC3A" w:rsidR="001333E2" w:rsidRPr="00FF2B09" w:rsidRDefault="009B682F" w:rsidP="009B682F">
      <w:pPr>
        <w:tabs>
          <w:tab w:val="left" w:pos="2892"/>
        </w:tabs>
        <w:rPr>
          <w:rFonts w:ascii="Arial" w:hAnsi="Arial" w:cs="Arial"/>
          <w:b/>
          <w:bCs/>
          <w:iCs/>
          <w:sz w:val="24"/>
          <w:szCs w:val="24"/>
          <w:lang w:val="pl-PL"/>
        </w:rPr>
      </w:pPr>
      <w:r w:rsidRPr="00933A4E">
        <w:rPr>
          <w:rFonts w:ascii="Arial" w:hAnsi="Arial" w:cs="Arial"/>
          <w:sz w:val="24"/>
          <w:szCs w:val="24"/>
          <w:lang w:val="pl-PL"/>
        </w:rPr>
        <w:tab/>
      </w:r>
      <w:r w:rsidR="000B5313" w:rsidRPr="00933A4E">
        <w:rPr>
          <w:rFonts w:ascii="Arial" w:hAnsi="Arial" w:cs="Arial"/>
          <w:sz w:val="2"/>
          <w:szCs w:val="2"/>
          <w:lang w:val="pl-PL"/>
        </w:rPr>
        <w:br/>
      </w:r>
      <w:r w:rsidR="00D75026" w:rsidRPr="00706F75">
        <w:rPr>
          <w:rFonts w:ascii="Arial" w:hAnsi="Arial" w:cs="Arial"/>
          <w:b/>
          <w:bCs/>
          <w:iCs/>
          <w:sz w:val="24"/>
          <w:szCs w:val="24"/>
          <w:lang w:val="pl-PL"/>
        </w:rPr>
        <w:t>1. Zakres tematyczny i środki językowe</w:t>
      </w:r>
    </w:p>
    <w:tbl>
      <w:tblPr>
        <w:tblStyle w:val="Tabela-Siatka"/>
        <w:tblW w:w="14737" w:type="dxa"/>
        <w:jc w:val="center"/>
        <w:tblLook w:val="04A0" w:firstRow="1" w:lastRow="0" w:firstColumn="1" w:lastColumn="0" w:noHBand="0" w:noVBand="1"/>
      </w:tblPr>
      <w:tblGrid>
        <w:gridCol w:w="864"/>
        <w:gridCol w:w="2392"/>
        <w:gridCol w:w="11481"/>
      </w:tblGrid>
      <w:tr w:rsidR="001333E2" w:rsidRPr="00F60024" w14:paraId="0BC39B17" w14:textId="77777777" w:rsidTr="00F60024">
        <w:trPr>
          <w:tblHeader/>
          <w:jc w:val="center"/>
        </w:trPr>
        <w:tc>
          <w:tcPr>
            <w:tcW w:w="864" w:type="dxa"/>
            <w:shd w:val="clear" w:color="auto" w:fill="D9D9D9" w:themeFill="background1" w:themeFillShade="D9"/>
          </w:tcPr>
          <w:p w14:paraId="460C8516" w14:textId="77777777" w:rsidR="001333E2" w:rsidRPr="00F60024" w:rsidRDefault="004A3777" w:rsidP="009E5FEF">
            <w:pPr>
              <w:spacing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024">
              <w:rPr>
                <w:rFonts w:ascii="Arial" w:hAnsi="Arial" w:cs="Arial"/>
                <w:b/>
                <w:sz w:val="20"/>
                <w:szCs w:val="20"/>
              </w:rPr>
              <w:t>Moduł</w:t>
            </w:r>
          </w:p>
        </w:tc>
        <w:tc>
          <w:tcPr>
            <w:tcW w:w="2392" w:type="dxa"/>
            <w:shd w:val="clear" w:color="auto" w:fill="D9D9D9" w:themeFill="background1" w:themeFillShade="D9"/>
          </w:tcPr>
          <w:p w14:paraId="695A7F12" w14:textId="726F0B44" w:rsidR="001333E2" w:rsidRPr="00F60024" w:rsidRDefault="004A3777" w:rsidP="009E5FEF">
            <w:pPr>
              <w:spacing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024">
              <w:rPr>
                <w:rFonts w:ascii="Arial" w:hAnsi="Arial" w:cs="Arial"/>
                <w:b/>
                <w:sz w:val="20"/>
                <w:szCs w:val="20"/>
              </w:rPr>
              <w:t>Zakres tematyczny</w:t>
            </w:r>
          </w:p>
        </w:tc>
        <w:tc>
          <w:tcPr>
            <w:tcW w:w="11481" w:type="dxa"/>
            <w:shd w:val="clear" w:color="auto" w:fill="D9D9D9" w:themeFill="background1" w:themeFillShade="D9"/>
          </w:tcPr>
          <w:p w14:paraId="4FC9CCD3" w14:textId="22F2C35C" w:rsidR="006E0C49" w:rsidRPr="00F60024" w:rsidRDefault="004A3777" w:rsidP="006E0C49">
            <w:pPr>
              <w:spacing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24">
              <w:rPr>
                <w:rFonts w:ascii="Arial" w:hAnsi="Arial" w:cs="Arial"/>
                <w:b/>
                <w:sz w:val="20"/>
                <w:szCs w:val="20"/>
              </w:rPr>
              <w:t xml:space="preserve">Środki </w:t>
            </w:r>
            <w:r w:rsidR="000B5313" w:rsidRPr="00F60024">
              <w:rPr>
                <w:rFonts w:ascii="Arial" w:hAnsi="Arial" w:cs="Arial"/>
                <w:b/>
                <w:sz w:val="20"/>
                <w:szCs w:val="20"/>
              </w:rPr>
              <w:t>językowe</w:t>
            </w:r>
          </w:p>
        </w:tc>
      </w:tr>
      <w:tr w:rsidR="001333E2" w:rsidRPr="00F60024" w14:paraId="51C94409" w14:textId="77777777" w:rsidTr="00F60024">
        <w:trPr>
          <w:jc w:val="center"/>
        </w:trPr>
        <w:tc>
          <w:tcPr>
            <w:tcW w:w="864" w:type="dxa"/>
          </w:tcPr>
          <w:p w14:paraId="6A216C10" w14:textId="6C32AEC6" w:rsidR="001333E2" w:rsidRPr="0075178F" w:rsidRDefault="00E56084" w:rsidP="00E170D2">
            <w:pPr>
              <w:spacing w:after="20"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Hello!</w:t>
            </w:r>
          </w:p>
        </w:tc>
        <w:tc>
          <w:tcPr>
            <w:tcW w:w="2392" w:type="dxa"/>
          </w:tcPr>
          <w:p w14:paraId="6FF00F2C" w14:textId="1BBC5D4F" w:rsidR="00E56084" w:rsidRPr="0075178F" w:rsidRDefault="00E56084" w:rsidP="00E56084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ja, informacje o mnie</w:t>
            </w:r>
            <w:r w:rsidR="008E250E">
              <w:rPr>
                <w:rFonts w:ascii="Arial" w:hAnsi="Arial" w:cs="Arial"/>
                <w:i/>
                <w:iCs/>
                <w:sz w:val="20"/>
                <w:szCs w:val="20"/>
              </w:rPr>
              <w:t>;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6D6E20CA" w14:textId="24547186" w:rsidR="007D29FF" w:rsidRPr="0075178F" w:rsidRDefault="00E56084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szkoła, sala lekcyjna</w:t>
            </w:r>
            <w:r w:rsidR="00DC7C25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, przybory szkolne</w:t>
            </w:r>
            <w:r w:rsidR="008E250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;</w:t>
            </w:r>
          </w:p>
          <w:p w14:paraId="1F3B902F" w14:textId="63C74798" w:rsidR="00DC7C25" w:rsidRPr="0075178F" w:rsidRDefault="00DC7C25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rodzina, przyjaciele</w:t>
            </w:r>
          </w:p>
        </w:tc>
        <w:tc>
          <w:tcPr>
            <w:tcW w:w="11481" w:type="dxa"/>
          </w:tcPr>
          <w:p w14:paraId="58EF7042" w14:textId="1C7D0433" w:rsidR="00A2497A" w:rsidRPr="0075178F" w:rsidRDefault="00745FD4" w:rsidP="00A2497A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A2497A" w:rsidRPr="0075178F">
              <w:rPr>
                <w:rFonts w:ascii="Arial" w:hAnsi="Arial" w:cs="Arial"/>
                <w:sz w:val="20"/>
                <w:szCs w:val="20"/>
                <w:lang w:val="pl-PL"/>
              </w:rPr>
              <w:t>powitania</w:t>
            </w:r>
            <w:r w:rsidR="003A35B0" w:rsidRPr="0075178F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="00A2497A"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 polecenia klasowe</w:t>
            </w:r>
            <w:r w:rsidR="003A35B0"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A2497A" w:rsidRPr="0075178F">
              <w:rPr>
                <w:rFonts w:ascii="Arial" w:hAnsi="Arial" w:cs="Arial"/>
                <w:sz w:val="20"/>
                <w:szCs w:val="20"/>
                <w:lang w:val="pl-PL"/>
              </w:rPr>
              <w:t>liczby: 1–10; nazwy kolorów</w:t>
            </w:r>
            <w:r w:rsidR="006656EA"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  <w:p w14:paraId="11803B6C" w14:textId="77777777" w:rsidR="003A35B0" w:rsidRPr="0075178F" w:rsidRDefault="00A2497A" w:rsidP="00A2497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Struktury językowe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42D2ABD4" w14:textId="312D1438" w:rsidR="00A2497A" w:rsidRPr="0075178F" w:rsidRDefault="00A2497A" w:rsidP="00A2497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sz w:val="20"/>
                <w:szCs w:val="20"/>
              </w:rPr>
              <w:t xml:space="preserve">zwroty: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Hello, I’m (Sofia); My name is (Mia); We’re (Troy) and (Eddy)</w:t>
            </w:r>
            <w:r w:rsidR="003A35B0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D321A1F" w14:textId="77777777" w:rsidR="003A35B0" w:rsidRPr="0075178F" w:rsidRDefault="00A2497A" w:rsidP="00A2497A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75178F">
              <w:rPr>
                <w:rFonts w:ascii="Arial" w:hAnsi="Arial" w:cs="Arial"/>
                <w:sz w:val="20"/>
                <w:szCs w:val="20"/>
              </w:rPr>
              <w:t xml:space="preserve">przedstawianie się: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Hello!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What’s your name? – I’m (Lena)</w:t>
            </w:r>
          </w:p>
          <w:p w14:paraId="1CE4950C" w14:textId="321E4AEB" w:rsidR="003A35B0" w:rsidRPr="0075178F" w:rsidRDefault="00A2497A" w:rsidP="00A2497A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 xml:space="preserve">pytanie o wiek: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How old are you? – I’m (seven)!</w:t>
            </w:r>
          </w:p>
          <w:p w14:paraId="4B1723E7" w14:textId="7F258CC3" w:rsidR="001333E2" w:rsidRPr="0075178F" w:rsidRDefault="00A2497A" w:rsidP="003A35B0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>pytani</w:t>
            </w:r>
            <w:r w:rsidR="0075178F" w:rsidRPr="0075178F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 xml:space="preserve"> o ulubione kolory: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What’s your favourite colour? – (Purple)! </w:t>
            </w:r>
          </w:p>
        </w:tc>
      </w:tr>
      <w:tr w:rsidR="003B0AA6" w:rsidRPr="00863128" w14:paraId="1B1275E1" w14:textId="77777777" w:rsidTr="00F60024">
        <w:trPr>
          <w:jc w:val="center"/>
        </w:trPr>
        <w:tc>
          <w:tcPr>
            <w:tcW w:w="864" w:type="dxa"/>
          </w:tcPr>
          <w:p w14:paraId="3143F56C" w14:textId="0C2AA413" w:rsidR="003B0AA6" w:rsidRPr="0075178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392" w:type="dxa"/>
          </w:tcPr>
          <w:p w14:paraId="615E1B51" w14:textId="5693E2A4" w:rsidR="003B0AA6" w:rsidRPr="0075178F" w:rsidRDefault="00A2497A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szkoła, sala lekcyjna, przybory szkolne</w:t>
            </w:r>
            <w:r w:rsidR="008E250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;</w:t>
            </w:r>
          </w:p>
          <w:p w14:paraId="42C43B87" w14:textId="5B9D97A3" w:rsidR="003A35B0" w:rsidRPr="0075178F" w:rsidRDefault="003A35B0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rodzina, przyjaciele</w:t>
            </w:r>
          </w:p>
          <w:p w14:paraId="73E69BE3" w14:textId="77777777" w:rsidR="003A35B0" w:rsidRPr="0075178F" w:rsidRDefault="003A35B0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  <w:p w14:paraId="172AF625" w14:textId="57BF30FD" w:rsidR="00A2497A" w:rsidRPr="0075178F" w:rsidRDefault="00A2497A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1481" w:type="dxa"/>
          </w:tcPr>
          <w:p w14:paraId="13BEE86A" w14:textId="0123FB31" w:rsidR="003B0AA6" w:rsidRPr="0075178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A2497A" w:rsidRPr="0075178F">
              <w:rPr>
                <w:rFonts w:ascii="Arial" w:hAnsi="Arial" w:cs="Arial"/>
                <w:sz w:val="20"/>
                <w:szCs w:val="20"/>
                <w:lang w:val="pl-PL"/>
              </w:rPr>
              <w:t>przedmioty w klasie</w:t>
            </w:r>
            <w:r w:rsidR="003A35B0" w:rsidRPr="0075178F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="00A2497A"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 przybory szkolne</w:t>
            </w:r>
            <w:r w:rsidR="003A35B0" w:rsidRPr="0075178F">
              <w:rPr>
                <w:rFonts w:ascii="Arial" w:hAnsi="Arial" w:cs="Arial"/>
                <w:sz w:val="20"/>
                <w:szCs w:val="20"/>
                <w:lang w:val="pl-PL"/>
              </w:rPr>
              <w:t>; rodzaje materiałów</w:t>
            </w:r>
          </w:p>
          <w:p w14:paraId="06D3A6BF" w14:textId="4B3BD044" w:rsidR="003A35B0" w:rsidRPr="0075178F" w:rsidRDefault="003A35B0" w:rsidP="003A35B0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Struktury językowe</w:t>
            </w:r>
            <w:r w:rsidR="003B0AA6" w:rsidRPr="0075178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6830E1DE" w14:textId="77777777" w:rsidR="00626A42" w:rsidRPr="0075178F" w:rsidRDefault="003A35B0" w:rsidP="003A35B0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 xml:space="preserve">pytania i odpowiedzi: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What’s this? – It’s a (bookcase)!; Is it a (sharpener)? − Yes, it is./ No, it isn’t. It’s a toy robot!, </w:t>
            </w:r>
          </w:p>
          <w:p w14:paraId="2B9AA0AF" w14:textId="296D7BBE" w:rsidR="003A35B0" w:rsidRPr="0075178F" w:rsidRDefault="003A35B0" w:rsidP="003A35B0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You are a very good friend! </w:t>
            </w:r>
          </w:p>
          <w:p w14:paraId="25EF5A86" w14:textId="3ABBABAE" w:rsidR="003A35B0" w:rsidRPr="0075178F" w:rsidRDefault="003A35B0" w:rsidP="003A35B0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Funkcje językowe</w:t>
            </w: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 xml:space="preserve">: formułowanie uprzejmych próśb i reagowanie na takie prośby: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Can I have (a pencil), please?, Here you are, Thank you! </w:t>
            </w:r>
          </w:p>
          <w:p w14:paraId="6631AEF9" w14:textId="54B28690" w:rsidR="003B0AA6" w:rsidRPr="0075178F" w:rsidRDefault="00341D36" w:rsidP="00341D36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*Leksyka i fonetyka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: litery alfabetu: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Aa, Bb, Cc, Dd  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i odpowiadające im dźwięki; wyrazy: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ant, apple, bee, bus, computer, cat, desk, dog </w:t>
            </w:r>
          </w:p>
        </w:tc>
      </w:tr>
      <w:tr w:rsidR="003B0AA6" w:rsidRPr="00863128" w14:paraId="6385CB03" w14:textId="77777777" w:rsidTr="00F60024">
        <w:trPr>
          <w:jc w:val="center"/>
        </w:trPr>
        <w:tc>
          <w:tcPr>
            <w:tcW w:w="864" w:type="dxa"/>
          </w:tcPr>
          <w:p w14:paraId="2E40F009" w14:textId="3D77636D" w:rsidR="003B0AA6" w:rsidRPr="0075178F" w:rsidRDefault="003B0AA6" w:rsidP="00E170D2">
            <w:pPr>
              <w:spacing w:after="20"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92" w:type="dxa"/>
          </w:tcPr>
          <w:p w14:paraId="4B0C3956" w14:textId="026A99EE" w:rsidR="003B0AA6" w:rsidRPr="0075178F" w:rsidRDefault="00341D36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zabawy i zabawki</w:t>
            </w:r>
            <w:r w:rsidR="008E250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;</w:t>
            </w:r>
          </w:p>
          <w:p w14:paraId="72FDEA07" w14:textId="4E9FE599" w:rsidR="00341D36" w:rsidRPr="0075178F" w:rsidRDefault="00341D36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szkoła</w:t>
            </w:r>
            <w:r w:rsidR="008E250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;</w:t>
            </w:r>
          </w:p>
          <w:p w14:paraId="0C45650F" w14:textId="013DD752" w:rsidR="00341D36" w:rsidRPr="0075178F" w:rsidRDefault="00341D36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samopoczucie, emocje</w:t>
            </w:r>
          </w:p>
        </w:tc>
        <w:tc>
          <w:tcPr>
            <w:tcW w:w="11481" w:type="dxa"/>
          </w:tcPr>
          <w:p w14:paraId="5EDB0505" w14:textId="473CB0CF" w:rsidR="00341D36" w:rsidRPr="0075178F" w:rsidRDefault="00341D36" w:rsidP="00341D36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zabawki; kształty; przymiotniki: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hard i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soft </w:t>
            </w:r>
          </w:p>
          <w:p w14:paraId="135C864F" w14:textId="77777777" w:rsidR="00341D36" w:rsidRPr="0075178F" w:rsidRDefault="00341D36" w:rsidP="00341D36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Struktury językowe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2F8F470" w14:textId="181F8D15" w:rsidR="00341D36" w:rsidRPr="0075178F" w:rsidRDefault="00341D36" w:rsidP="00341D36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 xml:space="preserve">pytania i odpowiedzi: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Whose (balloon) is it? – It’s (Anna)’s. Where’s my toy?</w:t>
            </w:r>
            <w:r w:rsidR="00626A42"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;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How many (circles)? –  There are (five circles).</w:t>
            </w: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3C62BB3" w14:textId="0D742657" w:rsidR="00341D36" w:rsidRPr="0075178F" w:rsidRDefault="00341D36" w:rsidP="00341D3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Funkcje językowe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: wyrażanie prośby o pozwolenie, przyjmowanie zaproszenia: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Can I play with you? Yes, let’s play together! </w:t>
            </w:r>
          </w:p>
          <w:p w14:paraId="5D42B77B" w14:textId="31763CF5" w:rsidR="003B0AA6" w:rsidRPr="0075178F" w:rsidRDefault="00341D36" w:rsidP="00341D36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*Leksyka i fonetyka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litery alfabetu: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Ee, Ff, Gg, Hh  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i odpowiadające im dźwięki; wyrazy: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egg, elephant, fish, frog,</w:t>
            </w:r>
            <w:r w:rsidR="00102AAB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goat, grapes, hat, hippo </w:t>
            </w:r>
          </w:p>
        </w:tc>
      </w:tr>
      <w:tr w:rsidR="003B0AA6" w:rsidRPr="00863128" w14:paraId="0CC7FA00" w14:textId="77777777" w:rsidTr="00F60024">
        <w:trPr>
          <w:jc w:val="center"/>
        </w:trPr>
        <w:tc>
          <w:tcPr>
            <w:tcW w:w="864" w:type="dxa"/>
          </w:tcPr>
          <w:p w14:paraId="1ECA306C" w14:textId="0B1E440A" w:rsidR="003B0AA6" w:rsidRPr="0075178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392" w:type="dxa"/>
          </w:tcPr>
          <w:p w14:paraId="7E01A2CC" w14:textId="0AF88C24" w:rsidR="003B0AA6" w:rsidRPr="0075178F" w:rsidRDefault="008E250E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r</w:t>
            </w:r>
            <w:r w:rsidR="00A979D0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odzina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;</w:t>
            </w:r>
          </w:p>
          <w:p w14:paraId="0F3591BC" w14:textId="2F203045" w:rsidR="00A979D0" w:rsidRPr="0075178F" w:rsidRDefault="008E250E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e</w:t>
            </w:r>
            <w:r w:rsidR="00A979D0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mocje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;</w:t>
            </w:r>
          </w:p>
          <w:p w14:paraId="4DB05C27" w14:textId="581C6E95" w:rsidR="00D01103" w:rsidRPr="0075178F" w:rsidRDefault="00D01103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codzienne czynności</w:t>
            </w:r>
          </w:p>
        </w:tc>
        <w:tc>
          <w:tcPr>
            <w:tcW w:w="11481" w:type="dxa"/>
          </w:tcPr>
          <w:p w14:paraId="1650C0AA" w14:textId="43F1A23A" w:rsidR="00A979D0" w:rsidRPr="0075178F" w:rsidRDefault="00A979D0" w:rsidP="00A979D0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>: członkowie rodziny</w:t>
            </w:r>
            <w:r w:rsidR="00D01103" w:rsidRPr="0075178F">
              <w:rPr>
                <w:rFonts w:ascii="Arial" w:hAnsi="Arial" w:cs="Arial"/>
                <w:sz w:val="20"/>
                <w:szCs w:val="20"/>
                <w:lang w:val="pl-PL"/>
              </w:rPr>
              <w:t>; podstawowe czynności codzienne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33CA08BE" w14:textId="77777777" w:rsidR="0058328B" w:rsidRPr="0075178F" w:rsidRDefault="00A979D0" w:rsidP="00626A4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Struktury językowe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</w:p>
          <w:p w14:paraId="09ED98C0" w14:textId="5E960EAD" w:rsidR="00A979D0" w:rsidRPr="0075178F" w:rsidRDefault="00A979D0" w:rsidP="00626A4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pytania i odpowiedzi: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Who’s this? – This is my (dad).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(His) name’s (Adam).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1103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Can you (dance)? </w:t>
            </w:r>
            <w:r w:rsidR="00D01103" w:rsidRPr="0075178F">
              <w:rPr>
                <w:rFonts w:ascii="Arial" w:hAnsi="Arial" w:cs="Arial"/>
                <w:sz w:val="20"/>
                <w:szCs w:val="20"/>
              </w:rPr>
              <w:t xml:space="preserve">− </w:t>
            </w:r>
            <w:r w:rsidR="00D01103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Yes, I can./ No, I can’t.</w:t>
            </w:r>
            <w:r w:rsidR="00D01103" w:rsidRPr="007517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178F">
              <w:rPr>
                <w:rFonts w:ascii="Arial" w:hAnsi="Arial" w:cs="Arial"/>
                <w:sz w:val="20"/>
                <w:szCs w:val="20"/>
              </w:rPr>
              <w:br/>
            </w:r>
            <w:r w:rsidR="00D01103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I can/can’t (run).</w:t>
            </w:r>
            <w:r w:rsidR="00D01103" w:rsidRPr="007517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09BEA2" w14:textId="289CECDF" w:rsidR="00A979D0" w:rsidRPr="0075178F" w:rsidRDefault="00A979D0" w:rsidP="00A979D0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Funkcje językowe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02AAB" w:rsidRPr="0075178F">
              <w:rPr>
                <w:rFonts w:ascii="Arial" w:hAnsi="Arial" w:cs="Arial"/>
                <w:sz w:val="20"/>
                <w:szCs w:val="20"/>
              </w:rPr>
              <w:t>formułowanie pytań o adresata pracy plastycznej i udzielanie odpowiedzi, wyrażanie uznania i chwalenie innyc</w:t>
            </w:r>
            <w:r w:rsidR="00626A42" w:rsidRPr="0075178F">
              <w:rPr>
                <w:rFonts w:ascii="Arial" w:hAnsi="Arial" w:cs="Arial"/>
                <w:sz w:val="20"/>
                <w:szCs w:val="20"/>
              </w:rPr>
              <w:t>h:</w:t>
            </w:r>
            <w:r w:rsidR="00102AAB" w:rsidRPr="007517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Good work! I love my family!</w:t>
            </w:r>
          </w:p>
          <w:p w14:paraId="15BC6375" w14:textId="77777777" w:rsidR="003B0AA6" w:rsidRDefault="00A979D0" w:rsidP="00A979D0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*Leksyka i fonetyka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litery alfabetu: </w:t>
            </w:r>
            <w:r w:rsidR="00102AAB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Ij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r w:rsidR="00102AAB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Jj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r w:rsidR="00102AAB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Kk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r w:rsidR="00C749C3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Ll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 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i odpowiadające im dźwięki; wyrazy: </w:t>
            </w:r>
            <w:r w:rsidR="008F7D88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igloo, iguana, jet, jam, kite, koala, lion, lemon </w:t>
            </w:r>
          </w:p>
          <w:p w14:paraId="01CC1180" w14:textId="106FA6C9" w:rsidR="00706F75" w:rsidRPr="0075178F" w:rsidRDefault="00706F75" w:rsidP="00A979D0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</w:tc>
      </w:tr>
      <w:tr w:rsidR="003B0AA6" w:rsidRPr="00863128" w14:paraId="4AB06A78" w14:textId="77777777" w:rsidTr="00F60024">
        <w:trPr>
          <w:jc w:val="center"/>
        </w:trPr>
        <w:tc>
          <w:tcPr>
            <w:tcW w:w="864" w:type="dxa"/>
          </w:tcPr>
          <w:p w14:paraId="6ECE82B4" w14:textId="59A07065" w:rsidR="003B0AA6" w:rsidRPr="0075178F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392" w:type="dxa"/>
          </w:tcPr>
          <w:p w14:paraId="0C33901E" w14:textId="00E89885" w:rsidR="00985C6A" w:rsidRPr="0075178F" w:rsidRDefault="00985C6A" w:rsidP="00985C6A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ja, informacje o mnie</w:t>
            </w:r>
            <w:r w:rsidR="008E250E">
              <w:rPr>
                <w:rFonts w:ascii="Arial" w:hAnsi="Arial" w:cs="Arial"/>
                <w:i/>
                <w:iCs/>
                <w:sz w:val="20"/>
                <w:szCs w:val="20"/>
              </w:rPr>
              <w:t>;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C65F1C0" w14:textId="762FC46F" w:rsidR="00F60024" w:rsidRPr="0075178F" w:rsidRDefault="00985C6A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rodzina, </w:t>
            </w:r>
            <w:r w:rsidR="008B79B0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przyjaciele</w:t>
            </w:r>
            <w:r w:rsidR="008E250E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;</w:t>
            </w:r>
          </w:p>
          <w:p w14:paraId="037926C6" w14:textId="60B35F90" w:rsidR="003B0AA6" w:rsidRPr="0075178F" w:rsidRDefault="00985C6A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samopoczucie, emocje</w:t>
            </w:r>
          </w:p>
        </w:tc>
        <w:tc>
          <w:tcPr>
            <w:tcW w:w="11481" w:type="dxa"/>
          </w:tcPr>
          <w:p w14:paraId="68FFF5E6" w14:textId="4513CA93" w:rsidR="00A979D0" w:rsidRPr="0075178F" w:rsidRDefault="00A979D0" w:rsidP="00985C6A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985C6A"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części twarzy i ciała; czasowniki: </w:t>
            </w:r>
            <w:r w:rsidR="00985C6A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touch, move, clap</w:t>
            </w:r>
            <w:r w:rsidR="00985C6A"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; przymiotniki: </w:t>
            </w:r>
            <w:r w:rsidR="00985C6A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big, clean, dirty, long, short, small; </w:t>
            </w:r>
            <w:r w:rsidR="00985C6A"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czasowniki dot. zmysłów: </w:t>
            </w:r>
            <w:r w:rsidR="00985C6A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hear, see, smell, taste, touch</w:t>
            </w:r>
            <w:r w:rsidR="00985C6A"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  <w:p w14:paraId="3E8955FE" w14:textId="77777777" w:rsidR="00A979D0" w:rsidRPr="0075178F" w:rsidRDefault="00A979D0" w:rsidP="00A979D0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Struktury językowe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494433E" w14:textId="5D08BD9A" w:rsidR="00985C6A" w:rsidRPr="0075178F" w:rsidRDefault="00985C6A" w:rsidP="00A979D0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sz w:val="20"/>
                <w:szCs w:val="20"/>
              </w:rPr>
              <w:t xml:space="preserve">zdania: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This is my (nose). – These are my (legs). </w:t>
            </w:r>
            <w:r w:rsidR="003B740A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I’ve got (big eyes) and (small ears). </w:t>
            </w:r>
            <w:r w:rsidR="003B740A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(He)’s got (big eyes). </w:t>
            </w:r>
          </w:p>
          <w:p w14:paraId="7109A9EC" w14:textId="39830A70" w:rsidR="00A979D0" w:rsidRPr="0075178F" w:rsidRDefault="00A979D0" w:rsidP="00A979D0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Funkcje językowe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85C6A" w:rsidRPr="0075178F">
              <w:rPr>
                <w:rFonts w:ascii="Arial" w:hAnsi="Arial" w:cs="Arial"/>
                <w:sz w:val="20"/>
                <w:szCs w:val="20"/>
              </w:rPr>
              <w:t xml:space="preserve">opisywanie wyglądu zewnętrznego i wyrażanie podobieństwa: </w:t>
            </w:r>
            <w:r w:rsidR="00985C6A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I’ve got long hair. – Me, too! </w:t>
            </w:r>
          </w:p>
          <w:p w14:paraId="59D13A24" w14:textId="3DBDDABD" w:rsidR="003B740A" w:rsidRPr="0075178F" w:rsidRDefault="00A979D0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*Leksyka i fonetyka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litery alfabetu: </w:t>
            </w:r>
            <w:r w:rsidR="00887305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Mm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r w:rsidR="00887305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Nn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r w:rsidR="00887305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Oo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r w:rsidR="00887305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Pp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i odpowiadające im dźwięki; wyrazy: </w:t>
            </w:r>
            <w:r w:rsidR="00887305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moon, mouse, nest, net, orange, olive, panda, parrot </w:t>
            </w:r>
          </w:p>
        </w:tc>
      </w:tr>
      <w:tr w:rsidR="003B740A" w:rsidRPr="00863128" w14:paraId="79F98C1F" w14:textId="77777777" w:rsidTr="00F60024">
        <w:trPr>
          <w:jc w:val="center"/>
        </w:trPr>
        <w:tc>
          <w:tcPr>
            <w:tcW w:w="864" w:type="dxa"/>
          </w:tcPr>
          <w:p w14:paraId="6CF14CF1" w14:textId="60E11017" w:rsidR="003B740A" w:rsidRPr="0075178F" w:rsidRDefault="003B740A" w:rsidP="003B740A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392" w:type="dxa"/>
          </w:tcPr>
          <w:p w14:paraId="5377295C" w14:textId="63EFBD08" w:rsidR="003B740A" w:rsidRPr="0075178F" w:rsidRDefault="008E250E" w:rsidP="003B740A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z</w:t>
            </w:r>
            <w:r w:rsidR="003B740A"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wierzęta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;</w:t>
            </w:r>
          </w:p>
          <w:p w14:paraId="48D57E1C" w14:textId="7F33B73E" w:rsidR="003B740A" w:rsidRPr="0075178F" w:rsidRDefault="003B740A" w:rsidP="003B740A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ja, informacje o mnie</w:t>
            </w:r>
            <w:r w:rsidR="008E250E">
              <w:rPr>
                <w:rFonts w:ascii="Arial" w:hAnsi="Arial" w:cs="Arial"/>
                <w:i/>
                <w:iCs/>
                <w:sz w:val="20"/>
                <w:szCs w:val="20"/>
              </w:rPr>
              <w:t>;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18DBCEC" w14:textId="27E8E7DD" w:rsidR="003B740A" w:rsidRPr="0075178F" w:rsidRDefault="003B740A" w:rsidP="003B740A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codzienne czynności</w:t>
            </w:r>
          </w:p>
          <w:p w14:paraId="0021A11B" w14:textId="437E8467" w:rsidR="003B740A" w:rsidRPr="0075178F" w:rsidRDefault="003B740A" w:rsidP="003B740A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1481" w:type="dxa"/>
          </w:tcPr>
          <w:p w14:paraId="46545753" w14:textId="625E3F0E" w:rsidR="003B740A" w:rsidRPr="0075178F" w:rsidRDefault="003B740A" w:rsidP="003B740A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zwierzęta domowe; czynności: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climb, fly, hop, jump, swim, talk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58328B" w:rsidRPr="0075178F">
              <w:rPr>
                <w:rFonts w:ascii="Arial" w:hAnsi="Arial" w:cs="Arial"/>
                <w:sz w:val="20"/>
                <w:szCs w:val="20"/>
                <w:lang w:val="pl-PL"/>
              </w:rPr>
              <w:t>umiejętności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 zwierząt; różne grupy zwierząt: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mammals, birds, reptiles, fish </w:t>
            </w:r>
          </w:p>
          <w:p w14:paraId="67B91C5F" w14:textId="14E5C3BA" w:rsidR="008B79B0" w:rsidRPr="0075178F" w:rsidRDefault="003B740A" w:rsidP="008B79B0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Struktury językowe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</w:p>
          <w:p w14:paraId="48CA543D" w14:textId="23231B94" w:rsidR="008B79B0" w:rsidRPr="0075178F" w:rsidRDefault="008B79B0" w:rsidP="008B79B0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78F">
              <w:rPr>
                <w:rFonts w:ascii="Arial" w:hAnsi="Arial" w:cs="Arial"/>
                <w:sz w:val="20"/>
                <w:szCs w:val="20"/>
              </w:rPr>
              <w:t xml:space="preserve">pytania i odpowiedzi: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What’s your favourite pet? – A (dog).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Look! It’s got (big ears). </w:t>
            </w:r>
          </w:p>
          <w:p w14:paraId="17E45CFF" w14:textId="5081BA8C" w:rsidR="003B740A" w:rsidRPr="0075178F" w:rsidRDefault="003B740A" w:rsidP="003B740A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 xml:space="preserve">zdania: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 (cat) can (climb), but it can’t (fly).</w:t>
            </w: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Poor doggie! I’ve got an idea! </w:t>
            </w:r>
          </w:p>
          <w:p w14:paraId="51B58673" w14:textId="346DC3FC" w:rsidR="00CF6932" w:rsidRPr="0075178F" w:rsidRDefault="003B740A" w:rsidP="00CF693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Funkcje językowe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61D7B" w:rsidRPr="0075178F">
              <w:rPr>
                <w:rFonts w:ascii="Arial" w:hAnsi="Arial" w:cs="Arial"/>
                <w:sz w:val="20"/>
                <w:szCs w:val="20"/>
              </w:rPr>
              <w:t xml:space="preserve">zadawanie pytań o cechy charakterystyczne i umiejętności zwierząt oraz udzielanie odpowiedzi </w:t>
            </w:r>
          </w:p>
          <w:p w14:paraId="252E3D7C" w14:textId="111C6E68" w:rsidR="003B740A" w:rsidRPr="0075178F" w:rsidRDefault="003B740A" w:rsidP="00CF6932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*Leksyka i fonetyka</w:t>
            </w:r>
            <w:r w:rsidRPr="0075178F">
              <w:rPr>
                <w:rFonts w:ascii="Arial" w:hAnsi="Arial" w:cs="Arial"/>
                <w:sz w:val="20"/>
                <w:szCs w:val="20"/>
              </w:rPr>
              <w:t>: litery alfabetu:</w:t>
            </w:r>
            <w:r w:rsidR="00CF6932" w:rsidRPr="007517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6932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Qq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CF6932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Rr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CF6932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Ss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CF6932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Tt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75178F">
              <w:rPr>
                <w:rFonts w:ascii="Arial" w:hAnsi="Arial" w:cs="Arial"/>
                <w:sz w:val="20"/>
                <w:szCs w:val="20"/>
              </w:rPr>
              <w:t>i odpowiadające im dźwięki; wyrazy</w:t>
            </w:r>
            <w:r w:rsidR="00CF6932" w:rsidRPr="0075178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F6932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queen, quick, ruler, rocket, socks, sandals, tree, train  </w:t>
            </w:r>
          </w:p>
        </w:tc>
      </w:tr>
      <w:tr w:rsidR="003B740A" w:rsidRPr="00863128" w14:paraId="2DF6FFC9" w14:textId="77777777" w:rsidTr="00F60024">
        <w:trPr>
          <w:trHeight w:val="1598"/>
          <w:jc w:val="center"/>
        </w:trPr>
        <w:tc>
          <w:tcPr>
            <w:tcW w:w="864" w:type="dxa"/>
          </w:tcPr>
          <w:p w14:paraId="758173D3" w14:textId="4C7B5720" w:rsidR="003B740A" w:rsidRPr="0075178F" w:rsidRDefault="003B740A" w:rsidP="003B740A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392" w:type="dxa"/>
          </w:tcPr>
          <w:p w14:paraId="06BC78DA" w14:textId="1CFAA56A" w:rsidR="00E51FA8" w:rsidRPr="0075178F" w:rsidRDefault="00E51FA8" w:rsidP="00E51FA8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artykuły spożywcze</w:t>
            </w:r>
          </w:p>
          <w:p w14:paraId="02455B85" w14:textId="72047B6D" w:rsidR="003B740A" w:rsidRPr="0075178F" w:rsidRDefault="003B740A" w:rsidP="003B740A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1481" w:type="dxa"/>
          </w:tcPr>
          <w:p w14:paraId="086BD989" w14:textId="54A5DBFE" w:rsidR="003B740A" w:rsidRPr="0075178F" w:rsidRDefault="003B740A" w:rsidP="003B740A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="00E51FA8" w:rsidRPr="0075178F">
              <w:rPr>
                <w:rFonts w:ascii="Arial" w:hAnsi="Arial" w:cs="Arial"/>
                <w:sz w:val="20"/>
                <w:szCs w:val="20"/>
                <w:lang w:val="pl-PL"/>
              </w:rPr>
              <w:t>produkty spożywcze i napoje;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A96266" w:rsidRPr="0075178F">
              <w:rPr>
                <w:rFonts w:ascii="Arial" w:hAnsi="Arial" w:cs="Arial"/>
                <w:sz w:val="20"/>
                <w:szCs w:val="20"/>
                <w:lang w:val="pl-PL"/>
              </w:rPr>
              <w:t>owoce i warzywa; przekąski</w:t>
            </w:r>
            <w:r w:rsidR="00F5595B" w:rsidRPr="0075178F">
              <w:rPr>
                <w:rFonts w:ascii="Arial" w:hAnsi="Arial" w:cs="Arial"/>
                <w:sz w:val="20"/>
                <w:szCs w:val="20"/>
                <w:lang w:val="pl-PL"/>
              </w:rPr>
              <w:t>; kategorie żywności</w:t>
            </w:r>
          </w:p>
          <w:p w14:paraId="3F3F2437" w14:textId="0381C452" w:rsidR="00A96266" w:rsidRPr="0075178F" w:rsidRDefault="003B740A" w:rsidP="00A96266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Struktury językowe</w:t>
            </w:r>
            <w:r w:rsidRPr="0075178F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</w:p>
          <w:p w14:paraId="1E61DA3C" w14:textId="0BBF6CCB" w:rsidR="00A96266" w:rsidRPr="0075178F" w:rsidRDefault="00A96266" w:rsidP="00A96266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sz w:val="20"/>
                <w:szCs w:val="20"/>
              </w:rPr>
              <w:t xml:space="preserve">pytania i odpowiedzi: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 you like (apples)? </w:t>
            </w:r>
            <w:r w:rsidRPr="0075178F">
              <w:rPr>
                <w:rFonts w:ascii="Arial" w:hAnsi="Arial" w:cs="Arial"/>
                <w:sz w:val="20"/>
                <w:szCs w:val="20"/>
              </w:rPr>
              <w:t xml:space="preserve">−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Yes, I do./ No, I don’t. </w:t>
            </w:r>
          </w:p>
          <w:p w14:paraId="0607F1CF" w14:textId="5CFB0C9E" w:rsidR="0058328B" w:rsidRPr="0075178F" w:rsidRDefault="0058328B" w:rsidP="00A96266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5178F">
              <w:rPr>
                <w:rFonts w:ascii="Arial" w:hAnsi="Arial" w:cs="Arial"/>
                <w:sz w:val="20"/>
                <w:szCs w:val="20"/>
                <w:lang w:val="en-US"/>
              </w:rPr>
              <w:t xml:space="preserve">zdania: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I like (bananas). I don’t like (milk). We’ve got burgers, chips and juice! </w:t>
            </w:r>
            <w:r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Sorry! No burgers for you, Nala! </w:t>
            </w:r>
          </w:p>
          <w:p w14:paraId="50B34218" w14:textId="7808C6C1" w:rsidR="00A96266" w:rsidRPr="0075178F" w:rsidRDefault="003B740A" w:rsidP="003B740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Funkcje językowe</w:t>
            </w:r>
            <w:r w:rsidR="00A96266" w:rsidRPr="0075178F">
              <w:rPr>
                <w:rFonts w:ascii="Arial" w:hAnsi="Arial" w:cs="Arial"/>
                <w:sz w:val="20"/>
                <w:szCs w:val="20"/>
              </w:rPr>
              <w:t>:</w:t>
            </w:r>
            <w:r w:rsidR="00A96266" w:rsidRPr="007517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96266" w:rsidRPr="0075178F">
              <w:rPr>
                <w:rFonts w:ascii="Arial" w:hAnsi="Arial" w:cs="Arial"/>
                <w:sz w:val="20"/>
                <w:szCs w:val="20"/>
              </w:rPr>
              <w:t>formułowanie uprzejmych próśb i reagowanie na nie</w:t>
            </w:r>
          </w:p>
          <w:p w14:paraId="39D4A627" w14:textId="319EFEA2" w:rsidR="003B740A" w:rsidRPr="0075178F" w:rsidRDefault="003B740A" w:rsidP="00D0435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*Le</w:t>
            </w:r>
            <w:r w:rsidR="00D04358"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75178F">
              <w:rPr>
                <w:rFonts w:ascii="Arial" w:hAnsi="Arial" w:cs="Arial"/>
                <w:b/>
                <w:bCs/>
                <w:sz w:val="20"/>
                <w:szCs w:val="20"/>
              </w:rPr>
              <w:t>syka i fonetyka</w:t>
            </w:r>
            <w:r w:rsidR="00D04358" w:rsidRPr="0075178F">
              <w:rPr>
                <w:rFonts w:ascii="Arial" w:hAnsi="Arial" w:cs="Arial"/>
                <w:sz w:val="20"/>
                <w:szCs w:val="20"/>
              </w:rPr>
              <w:t xml:space="preserve">: litery alfabetu: </w:t>
            </w:r>
            <w:r w:rsidR="00D04358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Uu, Vv, Ww, XX</w:t>
            </w:r>
            <w:r w:rsidR="00FB155B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, Yy, Zz</w:t>
            </w:r>
            <w:r w:rsidR="00D04358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D04358" w:rsidRPr="0075178F">
              <w:rPr>
                <w:rFonts w:ascii="Arial" w:hAnsi="Arial" w:cs="Arial"/>
                <w:sz w:val="20"/>
                <w:szCs w:val="20"/>
              </w:rPr>
              <w:t xml:space="preserve">i odpowiadające im dźwięki; wyrazy: </w:t>
            </w:r>
            <w:r w:rsidR="00D04358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>umbrella, under, violin, van, window, watermelon, fox, box</w:t>
            </w:r>
            <w:r w:rsidR="00FB155B" w:rsidRPr="00751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yo-yo, yacht, zebra, zoo </w:t>
            </w:r>
          </w:p>
        </w:tc>
      </w:tr>
    </w:tbl>
    <w:p w14:paraId="3149223A" w14:textId="173B6B47" w:rsidR="0058328B" w:rsidRPr="0058328B" w:rsidRDefault="00341D36" w:rsidP="0058328B">
      <w:pPr>
        <w:rPr>
          <w:rFonts w:ascii="Arial" w:hAnsi="Arial" w:cs="Arial"/>
          <w:b/>
          <w:bCs/>
          <w:sz w:val="16"/>
          <w:szCs w:val="16"/>
          <w:lang w:val="pl-PL"/>
        </w:rPr>
      </w:pPr>
      <w:r w:rsidRPr="0058328B">
        <w:rPr>
          <w:rFonts w:ascii="Arial" w:hAnsi="Arial" w:cs="Arial"/>
          <w:b/>
          <w:bCs/>
          <w:sz w:val="16"/>
          <w:szCs w:val="16"/>
          <w:lang w:val="pl-PL"/>
        </w:rPr>
        <w:t xml:space="preserve">* do opcjonalnej realizacji </w:t>
      </w:r>
    </w:p>
    <w:p w14:paraId="2C327AC1" w14:textId="7F6CB465" w:rsidR="00E45264" w:rsidRPr="00186330" w:rsidRDefault="00E45264" w:rsidP="00186330">
      <w:pPr>
        <w:rPr>
          <w:rFonts w:ascii="Arial" w:hAnsi="Arial" w:cs="Arial"/>
          <w:b/>
          <w:bCs/>
          <w:sz w:val="24"/>
          <w:szCs w:val="24"/>
          <w:lang w:val="pl-PL"/>
        </w:rPr>
      </w:pPr>
      <w:r>
        <w:rPr>
          <w:rFonts w:ascii="Arial" w:hAnsi="Arial" w:cs="Arial"/>
          <w:b/>
          <w:bCs/>
          <w:sz w:val="24"/>
          <w:szCs w:val="24"/>
          <w:lang w:val="pl-PL"/>
        </w:rPr>
        <w:t>2</w:t>
      </w:r>
      <w:r w:rsidR="00537550" w:rsidRPr="00933A4E">
        <w:rPr>
          <w:rFonts w:ascii="Arial" w:hAnsi="Arial" w:cs="Arial"/>
          <w:b/>
          <w:bCs/>
          <w:sz w:val="24"/>
          <w:szCs w:val="24"/>
          <w:lang w:val="pl-PL"/>
        </w:rPr>
        <w:t xml:space="preserve">. Wymagania edukacyjne </w:t>
      </w:r>
    </w:p>
    <w:tbl>
      <w:tblPr>
        <w:tblStyle w:val="Tabela-Siatka"/>
        <w:tblW w:w="14459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2891"/>
        <w:gridCol w:w="2892"/>
        <w:gridCol w:w="2963"/>
        <w:gridCol w:w="2821"/>
        <w:gridCol w:w="2892"/>
      </w:tblGrid>
      <w:tr w:rsidR="00C05FB1" w:rsidRPr="00186330" w14:paraId="7F1D5ED4" w14:textId="77777777" w:rsidTr="000031A6">
        <w:tc>
          <w:tcPr>
            <w:tcW w:w="2891" w:type="dxa"/>
            <w:shd w:val="clear" w:color="auto" w:fill="D9D9D9" w:themeFill="background1" w:themeFillShade="D9"/>
            <w:vAlign w:val="center"/>
          </w:tcPr>
          <w:p w14:paraId="259C281D" w14:textId="2184B5FF" w:rsidR="00C05FB1" w:rsidRPr="000031A6" w:rsidRDefault="00B11133" w:rsidP="00605537">
            <w:pPr>
              <w:jc w:val="center"/>
              <w:rPr>
                <w:rFonts w:ascii="Arial" w:hAnsi="Arial" w:cs="Arial"/>
                <w:b/>
                <w:bCs/>
                <w:sz w:val="22"/>
                <w:lang w:val="pl-PL"/>
              </w:rPr>
            </w:pPr>
            <w:r w:rsidRPr="000031A6">
              <w:rPr>
                <w:rFonts w:ascii="Arial" w:hAnsi="Arial" w:cs="Arial"/>
                <w:b/>
                <w:bCs/>
                <w:sz w:val="22"/>
              </w:rPr>
              <w:t>MINIMALNIE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center"/>
          </w:tcPr>
          <w:p w14:paraId="72BB9B47" w14:textId="034FD2FA" w:rsidR="00C05FB1" w:rsidRPr="000031A6" w:rsidRDefault="00B11133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031A6">
              <w:rPr>
                <w:rFonts w:ascii="Arial" w:hAnsi="Arial" w:cs="Arial"/>
                <w:b/>
                <w:bCs/>
                <w:sz w:val="22"/>
              </w:rPr>
              <w:t>WYSTARCZAJĄCO</w:t>
            </w:r>
          </w:p>
        </w:tc>
        <w:tc>
          <w:tcPr>
            <w:tcW w:w="2963" w:type="dxa"/>
            <w:shd w:val="clear" w:color="auto" w:fill="D9D9D9" w:themeFill="background1" w:themeFillShade="D9"/>
            <w:vAlign w:val="center"/>
          </w:tcPr>
          <w:p w14:paraId="2240DC38" w14:textId="1BD018CF" w:rsidR="00C05FB1" w:rsidRPr="000031A6" w:rsidRDefault="00B11133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031A6">
              <w:rPr>
                <w:rFonts w:ascii="Arial" w:hAnsi="Arial" w:cs="Arial"/>
                <w:b/>
                <w:bCs/>
                <w:sz w:val="22"/>
              </w:rPr>
              <w:t>DOBRZE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2D4D19B3" w14:textId="2A4B46C5" w:rsidR="00C05FB1" w:rsidRPr="000031A6" w:rsidRDefault="00B11133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031A6">
              <w:rPr>
                <w:rFonts w:ascii="Arial" w:hAnsi="Arial" w:cs="Arial"/>
                <w:b/>
                <w:bCs/>
                <w:sz w:val="22"/>
              </w:rPr>
              <w:t>BARDZO DOBRZE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center"/>
          </w:tcPr>
          <w:p w14:paraId="01DFBB34" w14:textId="28A5A63F" w:rsidR="00C05FB1" w:rsidRPr="000031A6" w:rsidRDefault="00B11133" w:rsidP="00605537">
            <w:pPr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0031A6">
              <w:rPr>
                <w:rFonts w:ascii="Arial" w:hAnsi="Arial" w:cs="Arial"/>
                <w:b/>
                <w:sz w:val="22"/>
              </w:rPr>
              <w:t>WSPANIALE</w:t>
            </w:r>
          </w:p>
        </w:tc>
      </w:tr>
      <w:tr w:rsidR="00DA0A99" w:rsidRPr="00501464" w14:paraId="1F01D4E3" w14:textId="77777777" w:rsidTr="000031A6">
        <w:tc>
          <w:tcPr>
            <w:tcW w:w="14459" w:type="dxa"/>
            <w:gridSpan w:val="5"/>
            <w:shd w:val="clear" w:color="auto" w:fill="FFFFFF" w:themeFill="background1"/>
            <w:vAlign w:val="center"/>
          </w:tcPr>
          <w:p w14:paraId="20192418" w14:textId="77777777" w:rsidR="00DA0A99" w:rsidRPr="000031A6" w:rsidRDefault="00DA0A99" w:rsidP="00605537">
            <w:pPr>
              <w:jc w:val="center"/>
              <w:rPr>
                <w:rFonts w:ascii="Arial" w:hAnsi="Arial" w:cs="Arial"/>
                <w:b/>
                <w:sz w:val="22"/>
                <w:shd w:val="clear" w:color="auto" w:fill="FFFFFF" w:themeFill="background1"/>
                <w:lang w:val="pl-PL"/>
              </w:rPr>
            </w:pPr>
            <w:r w:rsidRPr="000031A6">
              <w:rPr>
                <w:rFonts w:ascii="Arial" w:hAnsi="Arial" w:cs="Arial"/>
                <w:b/>
                <w:sz w:val="10"/>
                <w:szCs w:val="10"/>
                <w:lang w:val="pl-PL"/>
              </w:rPr>
              <w:br/>
            </w:r>
            <w:r w:rsidRPr="000031A6">
              <w:rPr>
                <w:rFonts w:ascii="Arial" w:hAnsi="Arial" w:cs="Arial"/>
                <w:b/>
                <w:sz w:val="22"/>
                <w:shd w:val="clear" w:color="auto" w:fill="FFFFFF" w:themeFill="background1"/>
                <w:lang w:val="pl-PL"/>
              </w:rPr>
              <w:t>Komunikacja</w:t>
            </w:r>
            <w:r w:rsidR="00140FD9" w:rsidRPr="000031A6">
              <w:rPr>
                <w:rFonts w:ascii="Arial" w:hAnsi="Arial" w:cs="Arial"/>
                <w:b/>
                <w:sz w:val="22"/>
                <w:shd w:val="clear" w:color="auto" w:fill="FFFFFF" w:themeFill="background1"/>
                <w:lang w:val="pl-PL"/>
              </w:rPr>
              <w:t xml:space="preserve"> ustna i pisemna</w:t>
            </w:r>
          </w:p>
          <w:p w14:paraId="1C1CFC25" w14:textId="49D929DA" w:rsidR="00EB59B2" w:rsidRPr="000031A6" w:rsidRDefault="00EB59B2" w:rsidP="00605537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pl-PL"/>
              </w:rPr>
            </w:pPr>
          </w:p>
        </w:tc>
      </w:tr>
      <w:tr w:rsidR="00C05FB1" w:rsidRPr="00863128" w14:paraId="52419C4B" w14:textId="77777777" w:rsidTr="000031A6">
        <w:trPr>
          <w:trHeight w:val="2331"/>
        </w:trPr>
        <w:tc>
          <w:tcPr>
            <w:tcW w:w="2891" w:type="dxa"/>
          </w:tcPr>
          <w:p w14:paraId="50A0FB1C" w14:textId="1EB83614" w:rsidR="009A609C" w:rsidRPr="00501464" w:rsidRDefault="009A609C" w:rsidP="009A609C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Uczeń:</w:t>
            </w:r>
          </w:p>
          <w:p w14:paraId="179FA5D4" w14:textId="0EF706A3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r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ozumie </w:t>
            </w:r>
            <w:r w:rsidR="00CB7021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niektóre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proste wypowiedzi ustne, artykułowane wyraźnie i powoli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2A982BE" w14:textId="7F13212D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reaguje werbalnie lub niewerbalnie na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CB7021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niektóre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bardzo proste polecenia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C098CDD" w14:textId="076DEF8F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odpowiada na </w:t>
            </w:r>
            <w:r w:rsidR="00EA4B17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niektóre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proste pytania, w tym pytania dotyczące danych osobowych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56DCBF5" w14:textId="09ECEAA9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DC1C4C" w:rsidRPr="00DC1C4C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stara się</w:t>
            </w:r>
            <w:r w:rsidR="00DC1C4C">
              <w:rPr>
                <w:rFonts w:ascii="Arial" w:hAnsi="Arial" w:cs="Arial"/>
                <w:sz w:val="18"/>
                <w:szCs w:val="18"/>
                <w:lang w:val="pl-PL"/>
              </w:rPr>
              <w:t xml:space="preserve"> zadawać</w:t>
            </w:r>
            <w:r w:rsidR="00EA4B17" w:rsidRPr="0050146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proste pytania dotyczące bliskich mu tematów i spraw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C925D9F" w14:textId="647AC6B6" w:rsidR="00EA4B17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7C5005">
              <w:rPr>
                <w:rFonts w:ascii="Arial" w:hAnsi="Arial" w:cs="Arial"/>
                <w:b/>
                <w:bCs/>
                <w:color w:val="212121"/>
                <w:sz w:val="18"/>
                <w:szCs w:val="18"/>
                <w:lang w:val="pl-PL"/>
              </w:rPr>
              <w:t>popełniając liczne błędy</w:t>
            </w:r>
            <w:r w:rsidR="007C5005">
              <w:rPr>
                <w:rFonts w:ascii="Arial" w:hAnsi="Arial" w:cs="Arial"/>
                <w:color w:val="212121"/>
                <w:sz w:val="18"/>
                <w:szCs w:val="18"/>
                <w:lang w:val="pl-PL"/>
              </w:rPr>
              <w:t>,</w:t>
            </w:r>
            <w:r w:rsidR="00EA4B17" w:rsidRPr="00A12ADD">
              <w:rPr>
                <w:rFonts w:ascii="Arial" w:hAnsi="Arial" w:cs="Arial"/>
                <w:color w:val="212121"/>
                <w:sz w:val="18"/>
                <w:szCs w:val="18"/>
                <w:lang w:val="pl-PL"/>
              </w:rPr>
              <w:t xml:space="preserve"> </w:t>
            </w:r>
            <w:r w:rsidRPr="00A12ADD">
              <w:rPr>
                <w:rFonts w:ascii="Arial" w:hAnsi="Arial" w:cs="Arial"/>
                <w:color w:val="212121"/>
                <w:sz w:val="18"/>
                <w:szCs w:val="18"/>
                <w:lang w:val="pl-PL"/>
              </w:rPr>
              <w:t xml:space="preserve">tworzy </w:t>
            </w:r>
            <w:r w:rsidR="009838B2">
              <w:rPr>
                <w:rFonts w:ascii="Arial" w:hAnsi="Arial" w:cs="Arial"/>
                <w:color w:val="212121"/>
                <w:sz w:val="18"/>
                <w:szCs w:val="18"/>
                <w:lang w:val="pl-PL"/>
              </w:rPr>
              <w:t xml:space="preserve">według wzoru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bardzo proste </w:t>
            </w:r>
            <w:r w:rsidR="001A406E">
              <w:rPr>
                <w:rFonts w:ascii="Arial" w:hAnsi="Arial" w:cs="Arial"/>
                <w:sz w:val="18"/>
                <w:szCs w:val="18"/>
                <w:lang w:val="pl-PL"/>
              </w:rPr>
              <w:t xml:space="preserve">i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krótkie wypowiedzi w bezpośredniej komunikacji ustnej na znany temat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siebie i ludzi, których zna, miejsce, w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którym mieszka, swoje zainteresowania </w:t>
            </w:r>
          </w:p>
          <w:p w14:paraId="0B7C0F51" w14:textId="77777777" w:rsidR="00EA4B17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i preferencje, nazywa emocje oraz nazywa i opisuje osoby </w:t>
            </w:r>
          </w:p>
          <w:p w14:paraId="50364F65" w14:textId="761E825D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obiekty z otoczenia oraz podstawowe czynności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AE3BE18" w14:textId="77777777" w:rsidR="005562D7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popełniając liczne błędy</w:t>
            </w:r>
            <w:r w:rsidR="007C5005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formułuje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</w:t>
            </w:r>
            <w:r w:rsidR="007C500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prośby </w:t>
            </w:r>
          </w:p>
          <w:p w14:paraId="4E90A3EA" w14:textId="2CA6ED20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i reaguje na podobne prośby innych, </w:t>
            </w:r>
          </w:p>
          <w:p w14:paraId="1DED3A20" w14:textId="41C2FFF5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A12AD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9838B2" w:rsidRPr="009838B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bardzo</w:t>
            </w:r>
            <w:r w:rsid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C8226F" w:rsidRPr="00A12AD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rzadko </w:t>
            </w:r>
            <w:r w:rsidR="00C8226F" w:rsidRPr="009838B2">
              <w:rPr>
                <w:rFonts w:ascii="Arial" w:hAnsi="Arial" w:cs="Arial"/>
                <w:sz w:val="18"/>
                <w:szCs w:val="18"/>
                <w:lang w:val="pl-PL"/>
              </w:rPr>
              <w:t>aktywnie</w:t>
            </w:r>
            <w:r w:rsidR="00A12ADD"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uczestniczy </w:t>
            </w:r>
            <w:r w:rsidRPr="00A12ADD">
              <w:rPr>
                <w:rFonts w:ascii="Arial" w:hAnsi="Arial" w:cs="Arial"/>
                <w:sz w:val="18"/>
                <w:szCs w:val="18"/>
                <w:lang w:val="pl-PL"/>
              </w:rPr>
              <w:t xml:space="preserve">w </w:t>
            </w:r>
            <w:r w:rsidRPr="00501464"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 xml:space="preserve">codziennych sytuacjach komunikacyjnych,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używając bardzo prostych zwrotów grzecznościowych, w tym formuł powitalnych i pożegnalnych, zwrotów: </w:t>
            </w:r>
            <w:r w:rsidRPr="00501464">
              <w:rPr>
                <w:rFonts w:ascii="Arial" w:hAnsi="Arial" w:cs="Arial"/>
                <w:i/>
                <w:iCs/>
                <w:sz w:val="18"/>
                <w:szCs w:val="18"/>
                <w:lang w:val="pl-PL"/>
              </w:rPr>
              <w:t>proszę, przepraszam, dziękuję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4EA9A10" w14:textId="0590FFF8" w:rsidR="00CE6598" w:rsidRDefault="001B3E93" w:rsidP="00CE65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trakcie zajęć z języka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lub w grupie wielojęzycznej</w:t>
            </w:r>
            <w:r w:rsidR="009838B2"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97E1B" w:rsidRPr="00C8226F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rzadko</w:t>
            </w:r>
            <w:r w:rsidR="00CE65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:</w:t>
            </w:r>
            <w:r w:rsidR="00E97E1B" w:rsidRPr="00B70F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pomaga innym w zrozumieniu informacji, wyjaśnia bardzo proste pojęcia </w:t>
            </w:r>
          </w:p>
          <w:p w14:paraId="47253BB1" w14:textId="77777777" w:rsidR="00CE6598" w:rsidRDefault="00CE6598" w:rsidP="00CE65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zadania własnymi słowami lub</w:t>
            </w:r>
          </w:p>
          <w:p w14:paraId="30DBA99B" w14:textId="13697245" w:rsidR="001B3E93" w:rsidRPr="00DA0A99" w:rsidRDefault="00CE6598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gestami, wspiera porozumienie się w grupie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60659D3" w14:textId="0FB6CDBC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97E1B" w:rsidRPr="00C8226F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rzadko </w:t>
            </w:r>
            <w:r w:rsidRPr="00B70F5D">
              <w:rPr>
                <w:rFonts w:ascii="Arial" w:hAnsi="Arial" w:cs="Arial"/>
                <w:sz w:val="18"/>
                <w:szCs w:val="18"/>
                <w:lang w:val="pl-PL"/>
              </w:rPr>
              <w:t xml:space="preserve">aktywnie uczestniczy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w rozmowie grupowej</w:t>
            </w:r>
            <w:r w:rsidR="00A12ADD">
              <w:rPr>
                <w:rFonts w:ascii="Arial" w:hAnsi="Arial" w:cs="Arial"/>
                <w:sz w:val="18"/>
                <w:szCs w:val="18"/>
                <w:lang w:val="pl-PL"/>
              </w:rPr>
              <w:t xml:space="preserve"> (słuchając innych,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zabiera</w:t>
            </w:r>
            <w:r w:rsidR="00A12ADD">
              <w:rPr>
                <w:rFonts w:ascii="Arial" w:hAnsi="Arial" w:cs="Arial"/>
                <w:sz w:val="18"/>
                <w:szCs w:val="18"/>
                <w:lang w:val="pl-PL"/>
              </w:rPr>
              <w:t>jąc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głos i wypowiada</w:t>
            </w:r>
            <w:r w:rsidR="00A12ADD">
              <w:rPr>
                <w:rFonts w:ascii="Arial" w:hAnsi="Arial" w:cs="Arial"/>
                <w:sz w:val="18"/>
                <w:szCs w:val="18"/>
                <w:lang w:val="pl-PL"/>
              </w:rPr>
              <w:t xml:space="preserve">jąc się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zgodnie z przyjętymi zasadami komunikacji w grupie</w:t>
            </w:r>
            <w:r w:rsidR="00A12ADD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112DF6B" w14:textId="4AB0D60F" w:rsidR="001A406E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12ADD" w:rsidRPr="00A12AD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bardzo </w:t>
            </w:r>
            <w:r w:rsidR="00C8226F" w:rsidRPr="00A12AD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rzadko </w:t>
            </w:r>
            <w:r w:rsidR="00C8226F" w:rsidRPr="00A12ADD">
              <w:rPr>
                <w:rFonts w:ascii="Arial" w:hAnsi="Arial" w:cs="Arial"/>
                <w:sz w:val="18"/>
                <w:szCs w:val="18"/>
                <w:lang w:val="pl-PL"/>
              </w:rPr>
              <w:t xml:space="preserve">wykorzystuje </w:t>
            </w:r>
            <w:r w:rsidR="00E97E1B" w:rsidRPr="00A12ADD">
              <w:rPr>
                <w:rFonts w:ascii="Arial" w:hAnsi="Arial" w:cs="Arial"/>
                <w:sz w:val="18"/>
                <w:szCs w:val="18"/>
                <w:lang w:val="pl-PL"/>
              </w:rPr>
              <w:t>niektóre</w:t>
            </w:r>
            <w:r w:rsidRPr="00A12AD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przeczytane teksty oraz inne teksty kultury do rozmowy </w:t>
            </w:r>
          </w:p>
          <w:p w14:paraId="3B73A9F8" w14:textId="281E64EF" w:rsidR="00C05FB1" w:rsidRPr="00090685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wspólnego działania</w:t>
            </w:r>
            <w:r w:rsidR="00140FD9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892" w:type="dxa"/>
          </w:tcPr>
          <w:p w14:paraId="76D37AAA" w14:textId="1BFF711D" w:rsidR="009A609C" w:rsidRPr="00501464" w:rsidRDefault="009A609C" w:rsidP="009A609C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lastRenderedPageBreak/>
              <w:t>Uczeń:</w:t>
            </w:r>
          </w:p>
          <w:p w14:paraId="4AE73FF4" w14:textId="77777777" w:rsidR="00347FD3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r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ozumie </w:t>
            </w:r>
            <w:r w:rsidR="00CB7021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część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wypowiedzi ustn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, artykułowan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wyraźnie </w:t>
            </w:r>
          </w:p>
          <w:p w14:paraId="0CB6837C" w14:textId="1599DE06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powoli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0DEE9A3" w14:textId="5AF39F35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reaguje werbalnie lub niewerbalnie na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CB7021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część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bardzo prost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polece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2B5F7E5" w14:textId="6B5CE129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odpowiada na </w:t>
            </w:r>
            <w:r w:rsidR="00EA4B17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część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pyta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, w tym 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pytań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dotycząc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danych osobowych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69F3D252" w14:textId="73A230CD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DC1C4C" w:rsidRPr="00DC1C4C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częściowo poprawnie</w:t>
            </w:r>
            <w:r w:rsidR="00DC1C4C">
              <w:rPr>
                <w:rFonts w:ascii="Arial" w:hAnsi="Arial" w:cs="Arial"/>
                <w:sz w:val="18"/>
                <w:szCs w:val="18"/>
                <w:lang w:val="pl-PL"/>
              </w:rPr>
              <w:t xml:space="preserve"> zadaje</w:t>
            </w:r>
            <w:r w:rsidR="00EA4B17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</w:t>
            </w:r>
            <w:r w:rsidR="00DC1C4C">
              <w:rPr>
                <w:rFonts w:ascii="Arial" w:hAnsi="Arial" w:cs="Arial"/>
                <w:sz w:val="18"/>
                <w:szCs w:val="18"/>
                <w:lang w:val="pl-PL"/>
              </w:rPr>
              <w:t>e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pyta</w:t>
            </w:r>
            <w:r w:rsidR="00DC1C4C">
              <w:rPr>
                <w:rFonts w:ascii="Arial" w:hAnsi="Arial" w:cs="Arial"/>
                <w:sz w:val="18"/>
                <w:szCs w:val="18"/>
                <w:lang w:val="pl-PL"/>
              </w:rPr>
              <w:t>nia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dotycząc</w:t>
            </w:r>
            <w:r w:rsidR="009C70FA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bliskich mu tematów i spraw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49D89497" w14:textId="1654842E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popełniając błędy</w:t>
            </w:r>
            <w:r w:rsidR="007C5005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9838B2">
              <w:rPr>
                <w:rFonts w:ascii="Arial" w:hAnsi="Arial" w:cs="Arial"/>
                <w:color w:val="212121"/>
                <w:sz w:val="18"/>
                <w:szCs w:val="18"/>
                <w:lang w:val="pl-PL"/>
              </w:rPr>
              <w:t xml:space="preserve">tworzy według wzoru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bardzo proste i krótkie wypowiedzi w bezpośredniej komunikacji ustnej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na znany temat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opisuje siebie i ludzi, których zna, miejsce, w którym mieszka, swoje zainteresowania i preferencje, nazywa emocje oraz nazywa i opisuje osoby</w:t>
            </w:r>
            <w:r w:rsid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obiekty z otoczenia oraz podstawowe czynności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4C947EA" w14:textId="0EA00C2B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popełniając błędy</w:t>
            </w:r>
            <w:r w:rsidR="007C5005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formułuje bardzo proste prośby i reaguje na podobne prośby innych, </w:t>
            </w:r>
          </w:p>
          <w:p w14:paraId="08D8946F" w14:textId="1AD201A1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9838B2" w:rsidRPr="009838B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rzadko</w:t>
            </w:r>
            <w:r w:rsidR="009838B2"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 aktywnie </w:t>
            </w:r>
            <w:r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uczestniczy w codziennych sytuacjach komunikacyjnych,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używając bardzo prostych zwrotów grzecznościowych, w tym formuł powitalnych i pożegnalnych, zwrotów: </w:t>
            </w:r>
            <w:r w:rsidRPr="00501464">
              <w:rPr>
                <w:rFonts w:ascii="Arial" w:hAnsi="Arial" w:cs="Arial"/>
                <w:i/>
                <w:iCs/>
                <w:sz w:val="18"/>
                <w:szCs w:val="18"/>
                <w:lang w:val="pl-PL"/>
              </w:rPr>
              <w:t>proszę, przepraszam, dziękuję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05CDA79" w14:textId="610E4FF6" w:rsidR="00CE6598" w:rsidRDefault="001B3E93" w:rsidP="00CE65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trakcie zajęć z języka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lub w grupie wielojęzycznej </w:t>
            </w:r>
            <w:r w:rsidR="00E97E1B" w:rsidRPr="00C8226F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czasami</w:t>
            </w:r>
            <w:r w:rsidR="00CE65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:</w:t>
            </w:r>
            <w:r w:rsidR="00E97E1B" w:rsidRPr="00C8226F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pomaga innym w zrozumieniu informacji, wyjaśnia bardzo proste pojęcia </w:t>
            </w:r>
          </w:p>
          <w:p w14:paraId="753620D5" w14:textId="77777777" w:rsidR="00CE6598" w:rsidRDefault="00CE6598" w:rsidP="00CE65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zadania własnymi słowami lub</w:t>
            </w:r>
          </w:p>
          <w:p w14:paraId="6CD2F427" w14:textId="7FFB26D9" w:rsidR="00CE6598" w:rsidRDefault="00CE6598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gestami, wspiera porozumienie się w grupie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1770E05" w14:textId="55CE77B3" w:rsidR="001B3E93" w:rsidRPr="009838B2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97E1B" w:rsidRPr="00C8226F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czasami </w:t>
            </w:r>
            <w:r w:rsidRPr="00B70F5D">
              <w:rPr>
                <w:rFonts w:ascii="Arial" w:hAnsi="Arial" w:cs="Arial"/>
                <w:sz w:val="18"/>
                <w:szCs w:val="18"/>
                <w:lang w:val="pl-PL"/>
              </w:rPr>
              <w:t xml:space="preserve">aktywnie uczestniczy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w rozmowie grupowej</w:t>
            </w:r>
            <w:r w:rsidR="00CE6598">
              <w:rPr>
                <w:rFonts w:ascii="Arial" w:hAnsi="Arial" w:cs="Arial"/>
                <w:sz w:val="18"/>
                <w:szCs w:val="18"/>
                <w:lang w:val="pl-PL"/>
              </w:rPr>
              <w:t xml:space="preserve"> (słuchając innych, 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>zabiera</w:t>
            </w:r>
            <w:r w:rsidR="00CE6598">
              <w:rPr>
                <w:rFonts w:ascii="Arial" w:hAnsi="Arial" w:cs="Arial"/>
                <w:sz w:val="18"/>
                <w:szCs w:val="18"/>
                <w:lang w:val="pl-PL"/>
              </w:rPr>
              <w:t>jąc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głos i wypowiada</w:t>
            </w:r>
            <w:r w:rsidR="00CE6598">
              <w:rPr>
                <w:rFonts w:ascii="Arial" w:hAnsi="Arial" w:cs="Arial"/>
                <w:sz w:val="18"/>
                <w:szCs w:val="18"/>
                <w:lang w:val="pl-PL"/>
              </w:rPr>
              <w:t xml:space="preserve">jąc się 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>zgodnie z przyjętymi zasadami komunikacji w grupie</w:t>
            </w:r>
            <w:r w:rsidR="00CE6598">
              <w:rPr>
                <w:rFonts w:ascii="Arial" w:hAnsi="Arial" w:cs="Arial"/>
                <w:sz w:val="18"/>
                <w:szCs w:val="18"/>
                <w:lang w:val="pl-PL"/>
              </w:rPr>
              <w:t>);</w:t>
            </w:r>
          </w:p>
          <w:p w14:paraId="5F4C5F44" w14:textId="2F261CF7" w:rsidR="00C05FB1" w:rsidRPr="00090685" w:rsidRDefault="001B3E93" w:rsidP="00140FD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B70F5D" w:rsidRPr="009838B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czasami </w:t>
            </w:r>
            <w:r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wykorzystuje </w:t>
            </w:r>
            <w:r w:rsidR="009838B2" w:rsidRPr="009838B2">
              <w:rPr>
                <w:rFonts w:ascii="Arial" w:hAnsi="Arial" w:cs="Arial"/>
                <w:sz w:val="18"/>
                <w:szCs w:val="18"/>
                <w:lang w:val="pl-PL"/>
              </w:rPr>
              <w:t>niektóre</w:t>
            </w:r>
            <w:r w:rsidR="00E97E1B"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przeczyta</w:t>
            </w:r>
            <w:r w:rsidR="00E97E1B">
              <w:rPr>
                <w:rFonts w:ascii="Arial" w:hAnsi="Arial" w:cs="Arial"/>
                <w:sz w:val="18"/>
                <w:szCs w:val="18"/>
                <w:lang w:val="pl-PL"/>
              </w:rPr>
              <w:t>n</w:t>
            </w:r>
            <w:r w:rsidR="009838B2">
              <w:rPr>
                <w:rFonts w:ascii="Arial" w:hAnsi="Arial" w:cs="Arial"/>
                <w:sz w:val="18"/>
                <w:szCs w:val="18"/>
                <w:lang w:val="pl-PL"/>
              </w:rPr>
              <w:t>e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tekst</w:t>
            </w:r>
            <w:r w:rsidR="009838B2">
              <w:rPr>
                <w:rFonts w:ascii="Arial" w:hAnsi="Arial" w:cs="Arial"/>
                <w:sz w:val="18"/>
                <w:szCs w:val="18"/>
                <w:lang w:val="pl-PL"/>
              </w:rPr>
              <w:t>y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oraz inn</w:t>
            </w:r>
            <w:r w:rsidR="009838B2">
              <w:rPr>
                <w:rFonts w:ascii="Arial" w:hAnsi="Arial" w:cs="Arial"/>
                <w:sz w:val="18"/>
                <w:szCs w:val="18"/>
                <w:lang w:val="pl-PL"/>
              </w:rPr>
              <w:t>e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tekst</w:t>
            </w:r>
            <w:r w:rsidR="009838B2">
              <w:rPr>
                <w:rFonts w:ascii="Arial" w:hAnsi="Arial" w:cs="Arial"/>
                <w:sz w:val="18"/>
                <w:szCs w:val="18"/>
                <w:lang w:val="pl-PL"/>
              </w:rPr>
              <w:t>y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kultury do rozmowy i wspólnego działania</w:t>
            </w:r>
            <w:r w:rsidR="00140FD9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963" w:type="dxa"/>
          </w:tcPr>
          <w:p w14:paraId="31564B6E" w14:textId="79AE9478" w:rsidR="00C05FB1" w:rsidRPr="00501464" w:rsidRDefault="009A609C" w:rsidP="002D0E4A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lastRenderedPageBreak/>
              <w:t>Uczeń:</w:t>
            </w:r>
          </w:p>
          <w:p w14:paraId="5698994B" w14:textId="248D6130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r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ozumie </w:t>
            </w:r>
            <w:r w:rsidR="00CB7021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większość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wypowiedzi ustn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, artykułowan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wyraźnie i powoli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373DC663" w14:textId="021700D8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reaguje werbalnie lub niewerbalnie na </w:t>
            </w:r>
            <w:r w:rsidR="00CB7021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większość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</w:t>
            </w:r>
            <w:r w:rsidR="00CB70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polece</w:t>
            </w:r>
            <w:r w:rsidR="006B064E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7F08C45" w14:textId="3721B12D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odpowiada na </w:t>
            </w:r>
            <w:r w:rsidR="00EA4B17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większość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pyta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, w tym pyta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dotycząc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danych osobowych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424217C5" w14:textId="762CB1D4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DC1C4C" w:rsidRPr="00DC1C4C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 większości poprawnie</w:t>
            </w:r>
            <w:r w:rsidR="00DC1C4C">
              <w:rPr>
                <w:rFonts w:ascii="Arial" w:hAnsi="Arial" w:cs="Arial"/>
                <w:sz w:val="18"/>
                <w:szCs w:val="18"/>
                <w:lang w:val="pl-PL"/>
              </w:rPr>
              <w:t xml:space="preserve"> zadaje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bardzo prost</w:t>
            </w:r>
            <w:r w:rsidR="00DC1C4C">
              <w:rPr>
                <w:rFonts w:ascii="Arial" w:hAnsi="Arial" w:cs="Arial"/>
                <w:sz w:val="18"/>
                <w:szCs w:val="18"/>
                <w:lang w:val="pl-PL"/>
              </w:rPr>
              <w:t>e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pyta</w:t>
            </w:r>
            <w:r w:rsidR="00DC1C4C">
              <w:rPr>
                <w:rFonts w:ascii="Arial" w:hAnsi="Arial" w:cs="Arial"/>
                <w:sz w:val="18"/>
                <w:szCs w:val="18"/>
                <w:lang w:val="pl-PL"/>
              </w:rPr>
              <w:t>nia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dotycząc</w:t>
            </w:r>
            <w:r w:rsidR="009C70FA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bliskich mu tematów i spraw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630855E" w14:textId="435FA104" w:rsidR="006B064E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popełniając nieliczne </w:t>
            </w:r>
            <w:r w:rsidR="00EA4B17" w:rsidRPr="009838B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błęd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y</w:t>
            </w:r>
            <w:r w:rsidR="007C5005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 w:rsidR="00EA4B17"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9838B2">
              <w:rPr>
                <w:rFonts w:ascii="Arial" w:hAnsi="Arial" w:cs="Arial"/>
                <w:sz w:val="18"/>
                <w:szCs w:val="18"/>
                <w:lang w:val="pl-PL"/>
              </w:rPr>
              <w:t xml:space="preserve">tworzy według wzoru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bardzo proste i krótkie wypowiedzi </w:t>
            </w:r>
          </w:p>
          <w:p w14:paraId="11BB8E53" w14:textId="77777777" w:rsidR="000031A6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bezpośredniej komunikacji </w:t>
            </w:r>
          </w:p>
          <w:p w14:paraId="0ACDC058" w14:textId="6C444297" w:rsidR="006B064E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ustnej na znany temat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siebie i ludzi, których zna, miejsce, w którym mieszka, swoje zainteresowania </w:t>
            </w:r>
          </w:p>
          <w:p w14:paraId="70184057" w14:textId="77777777" w:rsidR="006B064E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i preferencje, nazywa emocje oraz nazywa i opisuje osoby </w:t>
            </w:r>
          </w:p>
          <w:p w14:paraId="7C96BF33" w14:textId="1258B4AE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obiekty z otoczenia oraz podstawowe czynności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E31F12D" w14:textId="2CFF90E8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popełniając nieliczne błędy</w:t>
            </w:r>
            <w:r w:rsidR="007C5005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 w:rsidR="007C500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formułuje bardzo proste prośby i reaguje na podobne prośby innych, </w:t>
            </w:r>
          </w:p>
          <w:p w14:paraId="1CFE29AF" w14:textId="5030360B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9838B2" w:rsidRPr="009838B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często </w:t>
            </w:r>
            <w:r w:rsidR="009838B2" w:rsidRPr="009838B2">
              <w:rPr>
                <w:rFonts w:ascii="Arial" w:hAnsi="Arial" w:cs="Arial"/>
                <w:sz w:val="18"/>
                <w:szCs w:val="18"/>
                <w:lang w:val="pl-PL"/>
              </w:rPr>
              <w:t>aktywnie uczestniczy w codziennych sytuacjach komunikacyjnych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, używając bardzo prostych zwrotów grzecznościowych, w tym formuł powitalnych i pożegnalnych, zwrotów: </w:t>
            </w:r>
            <w:r w:rsidRPr="00501464">
              <w:rPr>
                <w:rFonts w:ascii="Arial" w:hAnsi="Arial" w:cs="Arial"/>
                <w:i/>
                <w:iCs/>
                <w:sz w:val="18"/>
                <w:szCs w:val="18"/>
                <w:lang w:val="pl-PL"/>
              </w:rPr>
              <w:t>proszę, przepraszam, dziękuję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A2B5263" w14:textId="3A20FA07" w:rsidR="00CE6598" w:rsidRDefault="001B3E93" w:rsidP="00CE65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trakcie zajęć z języka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lub w grupie wielojęzycznej </w:t>
            </w:r>
            <w:r w:rsidR="00E97E1B" w:rsidRPr="00B70F5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często</w:t>
            </w:r>
            <w:r w:rsidR="0098631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:</w:t>
            </w:r>
            <w:r w:rsidR="00E97E1B" w:rsidRPr="00B70F5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pomaga innym w zrozumieniu informacji, wyjaśnia bardzo proste pojęcia </w:t>
            </w:r>
          </w:p>
          <w:p w14:paraId="4B047FB9" w14:textId="77777777" w:rsidR="00CE6598" w:rsidRDefault="00CE6598" w:rsidP="00CE65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zadania własnymi słowami lub</w:t>
            </w:r>
          </w:p>
          <w:p w14:paraId="22CF5C93" w14:textId="0957E1D8" w:rsidR="00CE6598" w:rsidRDefault="00CE6598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gestami, wspiera porozumienie się w grupie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</w:p>
          <w:p w14:paraId="771F8B89" w14:textId="2838B6F3" w:rsidR="006B064E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97E1B" w:rsidRPr="00B70F5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często</w:t>
            </w:r>
            <w:r w:rsidR="00E97E1B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aktywnie uczestniczy </w:t>
            </w:r>
          </w:p>
          <w:p w14:paraId="42250100" w14:textId="00D45C42" w:rsidR="001B3E93" w:rsidRPr="00DA0A99" w:rsidRDefault="00B70F5D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6B064E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1B3E93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rozmowie 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>grupowej</w:t>
            </w:r>
            <w:r w:rsidR="00CE6598">
              <w:rPr>
                <w:rFonts w:ascii="Arial" w:hAnsi="Arial" w:cs="Arial"/>
                <w:sz w:val="18"/>
                <w:szCs w:val="18"/>
                <w:lang w:val="pl-PL"/>
              </w:rPr>
              <w:t xml:space="preserve"> (słuchając innych, 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>zabiera</w:t>
            </w:r>
            <w:r w:rsidR="00CE6598">
              <w:rPr>
                <w:rFonts w:ascii="Arial" w:hAnsi="Arial" w:cs="Arial"/>
                <w:sz w:val="18"/>
                <w:szCs w:val="18"/>
                <w:lang w:val="pl-PL"/>
              </w:rPr>
              <w:t>jąc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głos i wypowiada</w:t>
            </w:r>
            <w:r w:rsidR="00CE6598">
              <w:rPr>
                <w:rFonts w:ascii="Arial" w:hAnsi="Arial" w:cs="Arial"/>
                <w:sz w:val="18"/>
                <w:szCs w:val="18"/>
                <w:lang w:val="pl-PL"/>
              </w:rPr>
              <w:t xml:space="preserve">jąc się </w:t>
            </w:r>
            <w:r w:rsidR="00CE6598" w:rsidRPr="00DA0A99">
              <w:rPr>
                <w:rFonts w:ascii="Arial" w:hAnsi="Arial" w:cs="Arial"/>
                <w:sz w:val="18"/>
                <w:szCs w:val="18"/>
                <w:lang w:val="pl-PL"/>
              </w:rPr>
              <w:t>zgodnie z przyjętymi zasadami komunikacji w grupie</w:t>
            </w:r>
            <w:r w:rsidR="00CE6598">
              <w:rPr>
                <w:rFonts w:ascii="Arial" w:hAnsi="Arial" w:cs="Arial"/>
                <w:sz w:val="18"/>
                <w:szCs w:val="18"/>
                <w:lang w:val="pl-PL"/>
              </w:rPr>
              <w:t>);</w:t>
            </w:r>
          </w:p>
          <w:p w14:paraId="0FEF9B2F" w14:textId="62524924" w:rsidR="001B3E93" w:rsidRPr="00090685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B70F5D" w:rsidRPr="00CE65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często</w:t>
            </w:r>
            <w:r w:rsidR="00B70F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CE6598">
              <w:rPr>
                <w:rFonts w:ascii="Arial" w:hAnsi="Arial" w:cs="Arial"/>
                <w:sz w:val="18"/>
                <w:szCs w:val="18"/>
                <w:lang w:val="pl-PL"/>
              </w:rPr>
              <w:t xml:space="preserve">wykorzystuje </w:t>
            </w:r>
            <w:r w:rsidR="00E97E1B" w:rsidRPr="00CE6598">
              <w:rPr>
                <w:rFonts w:ascii="Arial" w:hAnsi="Arial" w:cs="Arial"/>
                <w:sz w:val="18"/>
                <w:szCs w:val="18"/>
                <w:lang w:val="pl-PL"/>
              </w:rPr>
              <w:t xml:space="preserve">większość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przeczytan</w:t>
            </w:r>
            <w:r w:rsidR="00E97E1B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tekst</w:t>
            </w:r>
            <w:r w:rsidR="00E97E1B">
              <w:rPr>
                <w:rFonts w:ascii="Arial" w:hAnsi="Arial" w:cs="Arial"/>
                <w:sz w:val="18"/>
                <w:szCs w:val="18"/>
                <w:lang w:val="pl-PL"/>
              </w:rPr>
              <w:t>ów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oraz inn</w:t>
            </w:r>
            <w:r w:rsidR="00E97E1B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tekst</w:t>
            </w:r>
            <w:r w:rsidR="00E97E1B">
              <w:rPr>
                <w:rFonts w:ascii="Arial" w:hAnsi="Arial" w:cs="Arial"/>
                <w:sz w:val="18"/>
                <w:szCs w:val="18"/>
                <w:lang w:val="pl-PL"/>
              </w:rPr>
              <w:t>ów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kultury do rozmowy i wspólnego działania</w:t>
            </w:r>
            <w:r w:rsidR="00140FD9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821" w:type="dxa"/>
          </w:tcPr>
          <w:p w14:paraId="549CB2E7" w14:textId="77777777" w:rsidR="009A609C" w:rsidRPr="00501464" w:rsidRDefault="009A609C" w:rsidP="009A609C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lastRenderedPageBreak/>
              <w:t>Uczeń prawie zawsze samodzielnie i poprawnie:</w:t>
            </w:r>
          </w:p>
          <w:p w14:paraId="5DBFAA2E" w14:textId="5D7E7295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r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ozumie bardzo proste wypowiedzi ustne, artykułowane wyraźnie i powoli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CF07F0E" w14:textId="56FEAFF2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reaguje werbalnie lub niewerbalnie na bardzo proste polecenia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146F57B" w14:textId="03B0AD63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odpowiada na bardzo proste pytania, w tym pytania dotyczące danych osobowych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2A444EC5" w14:textId="2BF8539B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zadaje bardzo proste pytania dotyczące bliskich mu tematów </w:t>
            </w:r>
            <w:r w:rsidR="009C70FA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spraw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03ACEE9" w14:textId="70AC3454" w:rsidR="00D61E24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tworzy według wzoru bardzo proste i krótkie wypowiedzi </w:t>
            </w:r>
          </w:p>
          <w:p w14:paraId="2B5AC9A9" w14:textId="77777777" w:rsidR="00D61E24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w bezpośredniej komunikacji ustnej na znany temat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siebie i ludzi, których zna,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miejsce, w którym mieszka, swoje zainteresowania </w:t>
            </w:r>
          </w:p>
          <w:p w14:paraId="2AAAF555" w14:textId="77777777" w:rsidR="00D61E24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i preferencje, nazywa emocje oraz nazywa i opisuje osoby </w:t>
            </w:r>
          </w:p>
          <w:p w14:paraId="198EA24D" w14:textId="54F734A1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obiekty z otoczenia oraz podstawowe czynności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0FF5296F" w14:textId="210C67BD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formułuje bardzo proste prośby i reaguje na podobne prośby innych, </w:t>
            </w:r>
          </w:p>
          <w:p w14:paraId="3F3E1D43" w14:textId="0396BE0A" w:rsidR="00D61E24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uczestniczy w codziennych sytuacjach komunikacyjnych, używając bardzo prostych zwrotów grzecznościowych,</w:t>
            </w:r>
          </w:p>
          <w:p w14:paraId="1C8BB50D" w14:textId="77777777" w:rsidR="00D61E24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tym formuł powitalnych </w:t>
            </w:r>
          </w:p>
          <w:p w14:paraId="4B434969" w14:textId="7CA9E38E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i pożegnalnych, zwrotów: </w:t>
            </w:r>
            <w:r w:rsidRPr="00501464">
              <w:rPr>
                <w:rFonts w:ascii="Arial" w:hAnsi="Arial" w:cs="Arial"/>
                <w:i/>
                <w:iCs/>
                <w:sz w:val="18"/>
                <w:szCs w:val="18"/>
                <w:lang w:val="pl-PL"/>
              </w:rPr>
              <w:t>proszę, przepraszam, dziękuję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65F9590" w14:textId="32308BE6" w:rsidR="00D61E24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trakcie zajęć z języka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lub w grupie wielojęzycznej pomaga innym </w:t>
            </w:r>
          </w:p>
          <w:p w14:paraId="7C0D49D8" w14:textId="77777777" w:rsidR="00D61E24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zrozumieniu informacji, wyjaśnia bardzo proste pojęcia </w:t>
            </w:r>
          </w:p>
          <w:p w14:paraId="5F4B78DF" w14:textId="77777777" w:rsidR="00D61E24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zadania własnymi słowami lub</w:t>
            </w:r>
          </w:p>
          <w:p w14:paraId="6F6422EC" w14:textId="24D6CB8C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gestami, wspiera porozumienie się w grupie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6F4B968F" w14:textId="490526FA" w:rsidR="00D61E24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aktywnie uczestniczy </w:t>
            </w:r>
          </w:p>
          <w:p w14:paraId="6F9CB982" w14:textId="6D68F9FF" w:rsidR="001B3E93" w:rsidRPr="00DA0A99" w:rsidRDefault="001B3E93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w rozmowie grupowej: słucha innych, zabiera głos i wypowiada się zgodnie z przyjętymi zasadami komunikacji w grupie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2383D818" w14:textId="65B51823" w:rsidR="00140FD9" w:rsidRPr="00090685" w:rsidRDefault="001B3E93" w:rsidP="00140FD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B70F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wykorzystuje przeczytane teksty oraz inne teksty kultury do rozmowy i wspólnego działania</w:t>
            </w:r>
            <w:r w:rsidR="00140FD9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  <w:p w14:paraId="762107A1" w14:textId="686EB121" w:rsidR="00C05FB1" w:rsidRPr="00090685" w:rsidRDefault="00C05FB1" w:rsidP="001B3E9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892" w:type="dxa"/>
          </w:tcPr>
          <w:p w14:paraId="5246C362" w14:textId="0FAFA2C3" w:rsidR="00DA0A99" w:rsidRPr="00501464" w:rsidRDefault="00DA0A99" w:rsidP="00DA0A99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lastRenderedPageBreak/>
              <w:t>Uczeń samodzielnie,  poprawnie</w:t>
            </w:r>
            <w:r w:rsidR="00DC1C4C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i </w:t>
            </w:r>
            <w:r w:rsidR="00DC1C4C"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swobodnie</w:t>
            </w: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:</w:t>
            </w:r>
          </w:p>
          <w:p w14:paraId="337F87A7" w14:textId="6F6BF651" w:rsidR="00DA0A99" w:rsidRPr="00DA0A99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r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ozumie bardzo proste wypowiedzi ustne, artykułowane wyraźnie i powoli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3E83E2E4" w14:textId="1BD56815" w:rsidR="00DA0A99" w:rsidRPr="00DA0A99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reaguje werbalnie lub niewerbalnie na bardzo proste polecenia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4A41AC5" w14:textId="354063C7" w:rsidR="00DA0A99" w:rsidRPr="00DA0A99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odpowiada na </w:t>
            </w:r>
            <w:r w:rsidR="00FA610B">
              <w:rPr>
                <w:rFonts w:ascii="Arial" w:hAnsi="Arial" w:cs="Arial"/>
                <w:sz w:val="18"/>
                <w:szCs w:val="18"/>
                <w:lang w:val="pl-PL"/>
              </w:rPr>
              <w:t>bardzo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 pytania, w tym pytania dotyczące danych osobowych</w:t>
            </w:r>
            <w:r w:rsidR="009A609C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06A3DE86" w14:textId="0FC4A9B8" w:rsidR="00DA0A99" w:rsidRPr="00DA0A99" w:rsidRDefault="009A609C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zadaje bardzo proste pytania dotyczące bliskich mu tematów </w:t>
            </w:r>
            <w:r w:rsidR="00D61E24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>i spraw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A57EF6B" w14:textId="06AFC2B3" w:rsidR="00D61E24" w:rsidRDefault="009A609C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tworzy według wzoru bardzo proste i krótkie wypowiedzi </w:t>
            </w:r>
            <w:r w:rsidR="00D61E24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>w bezpośredniej komunikacji ustnej na znany temat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, 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siebie i ludzi, których zna, 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miejsce, w którym mieszka, swoje zainteresowania </w:t>
            </w:r>
          </w:p>
          <w:p w14:paraId="579C5DD2" w14:textId="188D2883" w:rsidR="00DA0A99" w:rsidRPr="00DA0A99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i preferencje, nazywa emocje oraz nazywa i opisuje osoby i obiekty z otoczenia oraz podstawowe czynności</w:t>
            </w:r>
            <w:r w:rsidR="009A609C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24C82266" w14:textId="112CF809" w:rsidR="00DA0A99" w:rsidRPr="00DA0A99" w:rsidRDefault="009A609C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formułuje bardzo proste prośby i reaguje na podobne prośby innych, </w:t>
            </w:r>
          </w:p>
          <w:p w14:paraId="11190383" w14:textId="77777777" w:rsidR="00D61E24" w:rsidRDefault="009A609C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>uczestniczy w codziennych sytuacjach komunikacyjnych, używając bardzo prostych zwrotów grzecznościowych,</w:t>
            </w:r>
          </w:p>
          <w:p w14:paraId="06C47207" w14:textId="77777777" w:rsidR="00D61E24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tym formuł powitalnych </w:t>
            </w:r>
          </w:p>
          <w:p w14:paraId="2CDC661E" w14:textId="64D627DF" w:rsidR="00DA0A99" w:rsidRPr="00DA0A99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i pożegnalnych, zwrotów: </w:t>
            </w:r>
            <w:r w:rsidRPr="00501464">
              <w:rPr>
                <w:rFonts w:ascii="Arial" w:hAnsi="Arial" w:cs="Arial"/>
                <w:i/>
                <w:iCs/>
                <w:sz w:val="18"/>
                <w:szCs w:val="18"/>
                <w:lang w:val="pl-PL"/>
              </w:rPr>
              <w:t>proszę, przepraszam, dziękuję</w:t>
            </w:r>
            <w:r w:rsidR="00EA4B17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60444FDE" w14:textId="77777777" w:rsidR="00D61E24" w:rsidRDefault="009A609C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trakcie zajęć z języka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lub w grupie wielojęzycznej pomaga innym </w:t>
            </w:r>
          </w:p>
          <w:p w14:paraId="482CBB60" w14:textId="77777777" w:rsidR="00D61E24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w zrozumieniu informacji, wyjaśnia bardzo proste pojęcia </w:t>
            </w:r>
          </w:p>
          <w:p w14:paraId="357ED904" w14:textId="77777777" w:rsidR="00D61E24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i zadania własnymi słowami lub </w:t>
            </w:r>
          </w:p>
          <w:p w14:paraId="1E46562E" w14:textId="771D2E1C" w:rsidR="00DA0A99" w:rsidRPr="00DA0A99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gestami, wspiera porozumienie się w grupie</w:t>
            </w:r>
            <w:r w:rsidR="009A609C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94AD467" w14:textId="77777777" w:rsidR="00D61E24" w:rsidRDefault="009A609C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aktywnie uczestniczy </w:t>
            </w:r>
          </w:p>
          <w:p w14:paraId="0B64EEEB" w14:textId="5E583735" w:rsidR="00DA0A99" w:rsidRPr="00DA0A99" w:rsidRDefault="00DA0A99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>w rozmowie grupowej: słucha innych, zabiera głos i wypowiada się zgodnie z przyjętymi zasadami komunikacji w grupie</w:t>
            </w:r>
            <w:r w:rsidR="009A609C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6C2E961C" w14:textId="658E0E40" w:rsidR="00C05FB1" w:rsidRPr="00090685" w:rsidRDefault="009A609C" w:rsidP="00DA0A9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DA0A99" w:rsidRPr="00DA0A99">
              <w:rPr>
                <w:rFonts w:ascii="Arial" w:hAnsi="Arial" w:cs="Arial"/>
                <w:sz w:val="18"/>
                <w:szCs w:val="18"/>
                <w:lang w:val="pl-PL"/>
              </w:rPr>
              <w:t xml:space="preserve"> wykorzystuje przeczytane teksty oraz inne teksty kultury do rozmowy i wspólnego działania</w:t>
            </w:r>
            <w:r w:rsidR="00140FD9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</w:tr>
      <w:tr w:rsidR="001B3E93" w:rsidRPr="008B0574" w14:paraId="247E30B1" w14:textId="77777777" w:rsidTr="000031A6">
        <w:tc>
          <w:tcPr>
            <w:tcW w:w="14459" w:type="dxa"/>
            <w:gridSpan w:val="5"/>
            <w:vAlign w:val="center"/>
          </w:tcPr>
          <w:p w14:paraId="584D31D9" w14:textId="523D933E" w:rsidR="001B3E93" w:rsidRPr="00A94862" w:rsidRDefault="001B3E93" w:rsidP="001B3E93">
            <w:pPr>
              <w:jc w:val="center"/>
              <w:rPr>
                <w:rFonts w:ascii="Arial" w:hAnsi="Arial" w:cs="Arial"/>
                <w:color w:val="EE0000"/>
                <w:sz w:val="10"/>
                <w:szCs w:val="10"/>
                <w:lang w:val="pl-PL"/>
              </w:rPr>
            </w:pPr>
            <w:r w:rsidRPr="00A94862">
              <w:rPr>
                <w:rFonts w:ascii="Arial" w:hAnsi="Arial" w:cs="Arial"/>
                <w:b/>
                <w:sz w:val="10"/>
                <w:szCs w:val="10"/>
                <w:lang w:val="pl-PL"/>
              </w:rPr>
              <w:lastRenderedPageBreak/>
              <w:br/>
            </w:r>
            <w:r>
              <w:rPr>
                <w:rFonts w:ascii="Arial" w:hAnsi="Arial" w:cs="Arial"/>
                <w:b/>
                <w:sz w:val="22"/>
                <w:lang w:val="pl-PL"/>
              </w:rPr>
              <w:t>O</w:t>
            </w:r>
            <w:r w:rsidRPr="001B3E93">
              <w:rPr>
                <w:rFonts w:ascii="Arial" w:hAnsi="Arial" w:cs="Arial"/>
                <w:b/>
                <w:sz w:val="22"/>
                <w:lang w:val="pl-PL"/>
              </w:rPr>
              <w:t>dkrywanie i używanie języka</w:t>
            </w:r>
            <w:r>
              <w:rPr>
                <w:rFonts w:ascii="Arial" w:hAnsi="Arial" w:cs="Arial"/>
                <w:b/>
                <w:sz w:val="22"/>
              </w:rPr>
              <w:br/>
            </w:r>
          </w:p>
        </w:tc>
      </w:tr>
      <w:tr w:rsidR="001B3E93" w:rsidRPr="00863128" w14:paraId="58B94E3F" w14:textId="77777777" w:rsidTr="000031A6">
        <w:tc>
          <w:tcPr>
            <w:tcW w:w="2891" w:type="dxa"/>
          </w:tcPr>
          <w:p w14:paraId="31B960AA" w14:textId="01244064" w:rsidR="00E541C3" w:rsidRPr="00986314" w:rsidRDefault="00E541C3" w:rsidP="00E541C3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98631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</w:t>
            </w:r>
            <w:r w:rsidR="00986314" w:rsidRPr="0098631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:</w:t>
            </w:r>
          </w:p>
          <w:p w14:paraId="52581166" w14:textId="441615F2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D08D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popełniając liczne błędy</w:t>
            </w:r>
            <w:r w:rsidR="00ED08D8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 w:rsidR="00ED08D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tworzy bardzo proste wypowiedzi </w:t>
            </w:r>
            <w:r w:rsidRPr="00FA610B">
              <w:rPr>
                <w:rFonts w:ascii="Arial" w:hAnsi="Arial" w:cs="Arial"/>
                <w:color w:val="000000" w:themeColor="text1"/>
                <w:sz w:val="18"/>
                <w:szCs w:val="18"/>
                <w:lang w:val="pl-PL"/>
              </w:rPr>
              <w:t>ustne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, aby przekazać informacje oraz wyrazić uczucia i emocje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7A04D80" w14:textId="553DB414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odtwarza z pamięci w całości lub we fragmentach </w:t>
            </w:r>
            <w:r w:rsidR="00BA0621"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niektóre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bardzo proste i krótkie teksty: wierszyki, rymowanki, piosenki indywidualnie lub w grupie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BC9DA00" w14:textId="09506404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8E250E">
              <w:rPr>
                <w:rFonts w:ascii="Arial" w:hAnsi="Arial" w:cs="Arial"/>
                <w:sz w:val="18"/>
                <w:szCs w:val="18"/>
                <w:lang w:val="pl-PL"/>
              </w:rPr>
              <w:t xml:space="preserve">wykonuje </w:t>
            </w:r>
            <w:r w:rsidR="00BA0621"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niektóre</w:t>
            </w:r>
            <w:r w:rsidR="00BA0621" w:rsidRPr="008E250E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8E250E">
              <w:rPr>
                <w:rFonts w:ascii="Arial" w:hAnsi="Arial" w:cs="Arial"/>
                <w:sz w:val="18"/>
                <w:szCs w:val="18"/>
                <w:lang w:val="pl-PL"/>
              </w:rPr>
              <w:t>poleceni</w:t>
            </w:r>
            <w:r w:rsidR="00FA610B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8E250E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B11133">
              <w:rPr>
                <w:rFonts w:ascii="Arial" w:hAnsi="Arial" w:cs="Arial"/>
                <w:sz w:val="18"/>
                <w:szCs w:val="18"/>
                <w:lang w:val="pl-PL"/>
              </w:rPr>
              <w:t xml:space="preserve">lub realizuje </w:t>
            </w:r>
            <w:r w:rsidR="00B11133" w:rsidRPr="00B11133">
              <w:rPr>
                <w:rFonts w:ascii="Arial" w:hAnsi="Arial" w:cs="Arial"/>
                <w:sz w:val="18"/>
                <w:szCs w:val="18"/>
                <w:lang w:val="pl-PL"/>
              </w:rPr>
              <w:t xml:space="preserve">niektóre </w:t>
            </w:r>
            <w:r w:rsidRPr="00B11133">
              <w:rPr>
                <w:rFonts w:ascii="Arial" w:hAnsi="Arial" w:cs="Arial"/>
                <w:sz w:val="18"/>
                <w:szCs w:val="18"/>
                <w:lang w:val="pl-PL"/>
              </w:rPr>
              <w:t>zadani</w:t>
            </w:r>
            <w:r w:rsidR="00B11133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B1113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według przeczytanej bardzo prostej instrukcji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09BD1C2D" w14:textId="367A623A" w:rsidR="001B5C2A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</w:t>
            </w:r>
            <w:r w:rsidR="00BA0621"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niektóre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wysłuchane </w:t>
            </w:r>
          </w:p>
          <w:p w14:paraId="36EEACA9" w14:textId="77777777" w:rsidR="001B5C2A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i przeczytane nazwy, słowa </w:t>
            </w:r>
          </w:p>
          <w:p w14:paraId="7D629FB7" w14:textId="77777777" w:rsidR="001B5C2A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i bardzo proste zdania, w tym także nagrania audio i wideo, korzystając dodatkowo </w:t>
            </w:r>
          </w:p>
          <w:p w14:paraId="4B9624E5" w14:textId="77777777" w:rsidR="001B5C2A" w:rsidRPr="0073530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 ilustracji, rekwizytów, mimiki, </w:t>
            </w: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gestów; </w:t>
            </w:r>
          </w:p>
          <w:p w14:paraId="708AED6B" w14:textId="51535EE7" w:rsidR="001B3E93" w:rsidRPr="00090685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9E5B8F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stara się</w:t>
            </w:r>
            <w:r w:rsidR="00FA610B" w:rsidRPr="00B1113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B11133">
              <w:rPr>
                <w:rFonts w:ascii="Arial" w:hAnsi="Arial" w:cs="Arial"/>
                <w:sz w:val="18"/>
                <w:szCs w:val="18"/>
                <w:lang w:val="pl-PL"/>
              </w:rPr>
              <w:t>pi</w:t>
            </w:r>
            <w:r w:rsidR="009E5B8F">
              <w:rPr>
                <w:rFonts w:ascii="Arial" w:hAnsi="Arial" w:cs="Arial"/>
                <w:sz w:val="18"/>
                <w:szCs w:val="18"/>
                <w:lang w:val="pl-PL"/>
              </w:rPr>
              <w:t>sać</w:t>
            </w:r>
            <w:r w:rsidRPr="00B11133">
              <w:rPr>
                <w:rFonts w:ascii="Arial" w:hAnsi="Arial" w:cs="Arial"/>
                <w:sz w:val="18"/>
                <w:szCs w:val="18"/>
                <w:lang w:val="pl-PL"/>
              </w:rPr>
              <w:t xml:space="preserve"> po śladzie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poznane wyrazy, </w:t>
            </w:r>
            <w:r w:rsidR="00303019" w:rsidRPr="00735303">
              <w:rPr>
                <w:rFonts w:ascii="Arial" w:hAnsi="Arial" w:cs="Arial"/>
                <w:sz w:val="18"/>
                <w:szCs w:val="18"/>
                <w:lang w:val="pl-PL"/>
              </w:rPr>
              <w:t>zwroty oraz bardzo proste zdania.</w:t>
            </w:r>
            <w:r w:rsidRPr="00B1113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892" w:type="dxa"/>
          </w:tcPr>
          <w:p w14:paraId="13F925B9" w14:textId="6C199E61" w:rsidR="00E541C3" w:rsidRPr="00B11133" w:rsidRDefault="00E541C3" w:rsidP="00E541C3">
            <w:pPr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  <w:r w:rsidRPr="00B11133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lastRenderedPageBreak/>
              <w:t>Uczeń:</w:t>
            </w:r>
          </w:p>
          <w:p w14:paraId="6A3C00EE" w14:textId="1216AAC9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D08D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popełniając błędy</w:t>
            </w:r>
            <w:r w:rsidR="00ED08D8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 w:rsidR="00ED08D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tworzy bardzo proste wypowiedzi ustne, aby przekazać informacje oraz wyrazić uczucia i emocje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AFC8CFF" w14:textId="79D534F4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odtwarza z pamięci w całości lub we fragmentach </w:t>
            </w:r>
            <w:r w:rsidR="00BA0621"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część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>bardzo prost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i krótki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ch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tekst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ów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>: wierszy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ków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>, rymowan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ek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>, piosen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ek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indywidualnie lub w grupie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5B9C0A4" w14:textId="2518B22A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wykonuje </w:t>
            </w:r>
            <w:r w:rsidR="00BA0621"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część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>polece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lub realizuje 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większość 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>zada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według przeczytanej bardzo prostej instrukcji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733C9A70" w14:textId="47DFC9E5" w:rsidR="00BA0621" w:rsidRDefault="001B5C2A" w:rsidP="00BA062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</w:t>
            </w:r>
            <w:r w:rsidR="00BA0621"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część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>wysłucha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nych</w:t>
            </w:r>
            <w:r w:rsidR="00BA0621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6FDB4BE" w14:textId="77777777" w:rsidR="00BA0621" w:rsidRDefault="00BA0621" w:rsidP="00BA062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i przeczyta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nych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nazw, sł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ów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E0BD92D" w14:textId="77777777" w:rsidR="00BA0621" w:rsidRDefault="00BA0621" w:rsidP="00BA062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i bardzo prost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zda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, w tym także nagra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audio i wideo, korzystając dodatkowo </w:t>
            </w:r>
          </w:p>
          <w:p w14:paraId="279792CD" w14:textId="77777777" w:rsidR="00BA0621" w:rsidRPr="00735303" w:rsidRDefault="00BA0621" w:rsidP="00BA062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 ilustracji, rekwizytów, mimiki, </w:t>
            </w: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gestów; </w:t>
            </w:r>
          </w:p>
          <w:p w14:paraId="1CC32107" w14:textId="56B9BBA6" w:rsidR="001B3E93" w:rsidRPr="00090685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9E5B8F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dość dokładnie</w:t>
            </w:r>
            <w:r w:rsidR="00EB59B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EB59B2">
              <w:rPr>
                <w:rFonts w:ascii="Arial" w:hAnsi="Arial" w:cs="Arial"/>
                <w:sz w:val="18"/>
                <w:szCs w:val="18"/>
                <w:lang w:val="pl-PL"/>
              </w:rPr>
              <w:t>pisze po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303019" w:rsidRPr="00B11133">
              <w:rPr>
                <w:rFonts w:ascii="Arial" w:hAnsi="Arial" w:cs="Arial"/>
                <w:sz w:val="18"/>
                <w:szCs w:val="18"/>
                <w:lang w:val="pl-PL"/>
              </w:rPr>
              <w:t>śladzie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poznane wyrazy, </w:t>
            </w:r>
            <w:r w:rsidR="00303019" w:rsidRPr="00735303">
              <w:rPr>
                <w:rFonts w:ascii="Arial" w:hAnsi="Arial" w:cs="Arial"/>
                <w:sz w:val="18"/>
                <w:szCs w:val="18"/>
                <w:lang w:val="pl-PL"/>
              </w:rPr>
              <w:t>zwroty oraz bardzo proste zdania</w:t>
            </w:r>
            <w:r w:rsidR="00303019" w:rsidRPr="00B11133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963" w:type="dxa"/>
          </w:tcPr>
          <w:p w14:paraId="2914F858" w14:textId="3371D96D" w:rsidR="00E541C3" w:rsidRPr="00EB59B2" w:rsidRDefault="00E541C3" w:rsidP="00E541C3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EB59B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lastRenderedPageBreak/>
              <w:t>Uczeń:</w:t>
            </w:r>
          </w:p>
          <w:p w14:paraId="67E3E150" w14:textId="1C2D849A" w:rsidR="001B5C2A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347FD3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popełniając nieliczne błędy</w:t>
            </w:r>
            <w:r w:rsidR="00347FD3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 w:rsidR="00347FD3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tworzy bardzo proste wypowiedzi ustne</w:t>
            </w:r>
            <w:r w:rsidR="00ED08D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,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aby przekazać informacje oraz wyrazić uczucia </w:t>
            </w:r>
          </w:p>
          <w:p w14:paraId="2C47B399" w14:textId="1944C577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i emocje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347FD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5C1BFE2" w14:textId="13CC4DDB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odtwarza z pamięci w całości lub we fragmentach </w:t>
            </w:r>
            <w:r w:rsidR="00BA0621"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większość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bardzo prost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i krótki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ch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tekst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ów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: wierszy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ków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, rymowan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ek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, piosen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ek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indywidualnie lub w grupie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04EB3000" w14:textId="1B135F1D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wykonuje </w:t>
            </w:r>
            <w:r w:rsidR="00BA0621"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większość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polece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lub realizuje 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większość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zada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według przeczytanej bardzo prostej instrukcji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B381349" w14:textId="430A34DB" w:rsidR="001B5C2A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</w:t>
            </w:r>
            <w:r w:rsidR="00BA0621"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większość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wysłucha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nych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i przeczyta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nych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nazw, sł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ów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i bardzo prost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ych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zda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, w tym także nagra</w:t>
            </w:r>
            <w:r w:rsidR="00BA0621">
              <w:rPr>
                <w:rFonts w:ascii="Arial" w:hAnsi="Arial" w:cs="Arial"/>
                <w:sz w:val="18"/>
                <w:szCs w:val="18"/>
                <w:lang w:val="pl-PL"/>
              </w:rPr>
              <w:t>ń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audio i wideo, korzystając dodatkowo </w:t>
            </w:r>
          </w:p>
          <w:p w14:paraId="7148AB23" w14:textId="77777777" w:rsidR="001B5C2A" w:rsidRPr="0073530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 ilustracji, rekwizytów, mimiki, </w:t>
            </w: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gestów; </w:t>
            </w:r>
          </w:p>
          <w:p w14:paraId="04D6C677" w14:textId="4BBD28A7" w:rsidR="001B3E93" w:rsidRPr="00090685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9E5B8F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w większości dokładnie </w:t>
            </w: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>pisze po śladzie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poznane wyrazy, </w:t>
            </w:r>
            <w:r w:rsidR="00303019" w:rsidRPr="00735303">
              <w:rPr>
                <w:rFonts w:ascii="Arial" w:hAnsi="Arial" w:cs="Arial"/>
                <w:sz w:val="18"/>
                <w:szCs w:val="18"/>
                <w:lang w:val="pl-PL"/>
              </w:rPr>
              <w:t>zwroty oraz bardzo proste zdania</w:t>
            </w:r>
            <w:r w:rsidR="00303019" w:rsidRPr="00B11133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821" w:type="dxa"/>
          </w:tcPr>
          <w:p w14:paraId="0D51D093" w14:textId="77777777" w:rsidR="00E541C3" w:rsidRPr="00FA610B" w:rsidRDefault="00E541C3" w:rsidP="00E541C3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FA610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Uczeń </w:t>
            </w:r>
            <w:r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prawie zawsze samodzielnie i poprawnie:</w:t>
            </w:r>
          </w:p>
          <w:p w14:paraId="03D0B069" w14:textId="77777777" w:rsidR="001B5C2A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tworzy bardzo proste wypowiedzi ustne, aby przekazać informacje oraz wyrazić uczucia </w:t>
            </w:r>
          </w:p>
          <w:p w14:paraId="780C53DA" w14:textId="77777777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i emocje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BF9DCBE" w14:textId="77777777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odtwarza z pamięci w całości lub we fragmentach bardzo proste i krótkie teksty: wierszyki, rymowanki, piosenki indywidualnie lub w grupie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0B9612F5" w14:textId="77777777" w:rsidR="001B5C2A" w:rsidRPr="00E541C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wykonuje polecenie lub realizuje zadanie według przeczytanej bardzo prostej instrukcji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76201BF" w14:textId="77777777" w:rsidR="001B5C2A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wysłuchane </w:t>
            </w:r>
          </w:p>
          <w:p w14:paraId="25E9AD77" w14:textId="77777777" w:rsidR="001B5C2A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i przeczytane nazwy, słowa </w:t>
            </w:r>
          </w:p>
          <w:p w14:paraId="10B08719" w14:textId="77777777" w:rsidR="001B5C2A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i bardzo proste zdania, w tym także nagrania audio i wideo, korzystając dodatkowo </w:t>
            </w:r>
          </w:p>
          <w:p w14:paraId="5F3B8DE4" w14:textId="77777777" w:rsidR="001B5C2A" w:rsidRPr="00735303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 ilustracji, rekwizytów, mimiki, </w:t>
            </w: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gestów; </w:t>
            </w:r>
          </w:p>
          <w:p w14:paraId="3E886A32" w14:textId="0ABF4C6E" w:rsidR="001B3E93" w:rsidRPr="00090685" w:rsidRDefault="001B5C2A" w:rsidP="001B5C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>- pisze po śladzie znane wyrazy, zwroty oraz bardzo proste zdania.</w:t>
            </w:r>
          </w:p>
        </w:tc>
        <w:tc>
          <w:tcPr>
            <w:tcW w:w="2892" w:type="dxa"/>
          </w:tcPr>
          <w:p w14:paraId="7499963E" w14:textId="77777777" w:rsidR="00DC1C4C" w:rsidRPr="00501464" w:rsidRDefault="00DC1C4C" w:rsidP="00DC1C4C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lastRenderedPageBreak/>
              <w:t>Uczeń samodzielnie,  poprawnie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i </w:t>
            </w: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swobodnie:</w:t>
            </w:r>
          </w:p>
          <w:p w14:paraId="36B5922A" w14:textId="77777777" w:rsidR="00AB1482" w:rsidRDefault="00AB1482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tworzy bardzo proste wypowiedzi ustne, aby przekazać informacje oraz wyrazić uczucia </w:t>
            </w:r>
          </w:p>
          <w:p w14:paraId="6D3E8B5A" w14:textId="06076770" w:rsidR="00E541C3" w:rsidRPr="00E541C3" w:rsidRDefault="00E541C3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i emocje</w:t>
            </w:r>
            <w:r w:rsidR="00AB1482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374F95A" w14:textId="508D2698" w:rsidR="00E541C3" w:rsidRPr="00E541C3" w:rsidRDefault="00AB1482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>odtwarza z pamięci w całości lub we fragmentach bardzo proste i krótkie teksty: wierszyki, rymowanki, piosenki indywidualnie lub w grupie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098EBCB4" w14:textId="4CDE54D1" w:rsidR="00E541C3" w:rsidRPr="00E541C3" w:rsidRDefault="00B1365E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>wykonuje polecenie lub realizuje zadanie według przeczytanej bardzo prostej instrukcji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63D3D3E3" w14:textId="77777777" w:rsidR="00B1365E" w:rsidRDefault="00B1365E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wysłuchane </w:t>
            </w:r>
          </w:p>
          <w:p w14:paraId="22448656" w14:textId="77777777" w:rsidR="00B1365E" w:rsidRDefault="00E541C3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i przeczytane nazwy, słowa </w:t>
            </w:r>
          </w:p>
          <w:p w14:paraId="3B1979FF" w14:textId="77777777" w:rsidR="00B1365E" w:rsidRDefault="00E541C3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i bardzo proste zdania, w tym także nagrania audio i wideo, korzystając dodatkowo </w:t>
            </w:r>
          </w:p>
          <w:p w14:paraId="43E9F20C" w14:textId="0B4A430D" w:rsidR="00E541C3" w:rsidRPr="00735303" w:rsidRDefault="00E541C3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 ilustracji, rekwizytów, mimiki, </w:t>
            </w: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>gestów</w:t>
            </w:r>
            <w:r w:rsidR="00B1365E" w:rsidRPr="00735303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25EC507" w14:textId="66116B37" w:rsidR="001B3E93" w:rsidRPr="00735303" w:rsidRDefault="00B1365E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735303" w:rsidRPr="00735303">
              <w:rPr>
                <w:rFonts w:ascii="Arial" w:hAnsi="Arial" w:cs="Arial"/>
                <w:sz w:val="18"/>
                <w:szCs w:val="18"/>
                <w:lang w:val="pl-PL"/>
              </w:rPr>
              <w:t xml:space="preserve">pisze po śladzie </w:t>
            </w:r>
            <w:r w:rsidR="00E541C3" w:rsidRPr="00735303">
              <w:rPr>
                <w:rFonts w:ascii="Arial" w:hAnsi="Arial" w:cs="Arial"/>
                <w:sz w:val="18"/>
                <w:szCs w:val="18"/>
                <w:lang w:val="pl-PL"/>
              </w:rPr>
              <w:t>znane wyrazy, zwroty oraz bardzo proste zdani</w:t>
            </w:r>
            <w:r w:rsidR="00735303" w:rsidRPr="00735303">
              <w:rPr>
                <w:rFonts w:ascii="Arial" w:hAnsi="Arial" w:cs="Arial"/>
                <w:sz w:val="18"/>
                <w:szCs w:val="18"/>
                <w:lang w:val="pl-PL"/>
              </w:rPr>
              <w:t>a.</w:t>
            </w:r>
          </w:p>
        </w:tc>
      </w:tr>
      <w:tr w:rsidR="00E541C3" w:rsidRPr="00863128" w14:paraId="4AACAFF0" w14:textId="77777777" w:rsidTr="000031A6">
        <w:tc>
          <w:tcPr>
            <w:tcW w:w="14459" w:type="dxa"/>
            <w:gridSpan w:val="5"/>
          </w:tcPr>
          <w:p w14:paraId="1F9FA5E9" w14:textId="13E90DBB" w:rsidR="00E541C3" w:rsidRPr="00A94862" w:rsidRDefault="00E541C3" w:rsidP="00E541C3">
            <w:pPr>
              <w:jc w:val="center"/>
              <w:rPr>
                <w:rFonts w:ascii="Arial" w:hAnsi="Arial" w:cs="Arial"/>
                <w:sz w:val="10"/>
                <w:szCs w:val="10"/>
                <w:lang w:val="pl-PL"/>
              </w:rPr>
            </w:pPr>
            <w:r w:rsidRPr="00A94862">
              <w:rPr>
                <w:rFonts w:ascii="Arial" w:hAnsi="Arial" w:cs="Arial"/>
                <w:b/>
                <w:sz w:val="10"/>
                <w:szCs w:val="10"/>
                <w:lang w:val="pl-PL"/>
              </w:rPr>
              <w:lastRenderedPageBreak/>
              <w:br/>
            </w:r>
            <w:r>
              <w:rPr>
                <w:rFonts w:ascii="Arial" w:hAnsi="Arial" w:cs="Arial"/>
                <w:b/>
                <w:sz w:val="22"/>
                <w:lang w:val="pl-PL"/>
              </w:rPr>
              <w:t>Ś</w:t>
            </w:r>
            <w:r w:rsidRPr="00E541C3">
              <w:rPr>
                <w:rFonts w:ascii="Arial" w:hAnsi="Arial" w:cs="Arial"/>
                <w:b/>
                <w:sz w:val="22"/>
                <w:lang w:val="pl-PL"/>
              </w:rPr>
              <w:t>wiadomość językowa, w tym wiedza o języku</w:t>
            </w:r>
            <w:r w:rsidRPr="00E541C3">
              <w:rPr>
                <w:rFonts w:ascii="Arial" w:hAnsi="Arial" w:cs="Arial"/>
                <w:b/>
                <w:sz w:val="22"/>
                <w:lang w:val="pl-PL"/>
              </w:rPr>
              <w:br/>
            </w:r>
          </w:p>
        </w:tc>
      </w:tr>
      <w:tr w:rsidR="00E541C3" w:rsidRPr="008B0574" w14:paraId="743FC12B" w14:textId="77777777" w:rsidTr="000031A6">
        <w:tc>
          <w:tcPr>
            <w:tcW w:w="2891" w:type="dxa"/>
          </w:tcPr>
          <w:p w14:paraId="3B7F06E2" w14:textId="31AEFBA9" w:rsidR="00E541C3" w:rsidRPr="00303019" w:rsidRDefault="00E541C3" w:rsidP="00E541C3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Uczeń:</w:t>
            </w:r>
          </w:p>
          <w:p w14:paraId="12D3C5C1" w14:textId="284E3BE1" w:rsidR="00DE7EC5" w:rsidRPr="00E541C3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rozpoznaje i nazywa </w:t>
            </w:r>
            <w:r w:rsidRPr="00FA610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niektóre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litery alfabetu</w:t>
            </w:r>
            <w:r w:rsidR="00AB1482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27BC186" w14:textId="77777777" w:rsidR="00A94862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FA610B" w:rsidRPr="00EB59B2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ze znaczną pomocą </w:t>
            </w:r>
            <w:r w:rsid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rozwija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zasób słownictwa związanego </w:t>
            </w:r>
          </w:p>
          <w:p w14:paraId="6156499D" w14:textId="2B205579" w:rsidR="00DE7EC5" w:rsidRPr="00E541C3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 życiem codziennym 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ww.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obszarach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9B6876B" w14:textId="34FC47DB" w:rsidR="00E541C3" w:rsidRPr="00090685" w:rsidRDefault="00DE7EC5" w:rsidP="00EB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35F97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stara się</w:t>
            </w:r>
            <w:r w:rsidR="0067497E" w:rsidRP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DF338D" w:rsidRPr="00303019">
              <w:rPr>
                <w:rFonts w:ascii="Arial" w:hAnsi="Arial" w:cs="Arial"/>
                <w:sz w:val="18"/>
                <w:szCs w:val="18"/>
                <w:lang w:val="pl-PL"/>
              </w:rPr>
              <w:t>pis</w:t>
            </w:r>
            <w:r w:rsidR="00A35F97">
              <w:rPr>
                <w:rFonts w:ascii="Arial" w:hAnsi="Arial" w:cs="Arial"/>
                <w:sz w:val="18"/>
                <w:szCs w:val="18"/>
                <w:lang w:val="pl-PL"/>
              </w:rPr>
              <w:t>ać</w:t>
            </w:r>
            <w:r w:rsidR="00DF338D" w:rsidRP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po śladzie</w:t>
            </w:r>
            <w:r w:rsidRP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26CE6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najczęściej używane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wyrazy 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i wyrażenia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związane </w:t>
            </w:r>
            <w:r w:rsidR="00A94862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z życiem codziennym i zainteresowaniami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892" w:type="dxa"/>
          </w:tcPr>
          <w:p w14:paraId="1337D1B7" w14:textId="1B4962CE" w:rsidR="00E541C3" w:rsidRPr="00303019" w:rsidRDefault="00E541C3" w:rsidP="00E541C3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</w:t>
            </w:r>
            <w:r w:rsidR="00303019"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:</w:t>
            </w:r>
          </w:p>
          <w:p w14:paraId="6E3144E4" w14:textId="1E0EE61C" w:rsidR="00DE7EC5" w:rsidRPr="00E541C3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rozpoznaje i nazywa </w:t>
            </w:r>
            <w:r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część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liter alfabetu</w:t>
            </w:r>
            <w:r w:rsidR="00AB1482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32CD523" w14:textId="4999300E" w:rsidR="00DE7EC5" w:rsidRPr="00E541C3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303019"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z pomocą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rozwija zasób słownictwa związanego z życiem codziennym 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ww.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obszarach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A75CFEE" w14:textId="3CECEC35" w:rsidR="00E541C3" w:rsidRPr="00090685" w:rsidRDefault="00DE7EC5" w:rsidP="0067497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35F97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częściowo poprawnie</w:t>
            </w:r>
            <w:r w:rsidR="0067497E" w:rsidRP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DF338D">
              <w:rPr>
                <w:rFonts w:ascii="Arial" w:hAnsi="Arial" w:cs="Arial"/>
                <w:sz w:val="18"/>
                <w:szCs w:val="18"/>
                <w:lang w:val="pl-PL"/>
              </w:rPr>
              <w:t xml:space="preserve">isze po śladzie </w:t>
            </w:r>
            <w:r w:rsidR="00226CE6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najczęściej używane </w:t>
            </w:r>
            <w:r w:rsidR="00303019" w:rsidRPr="00E541C3">
              <w:rPr>
                <w:rFonts w:ascii="Arial" w:hAnsi="Arial" w:cs="Arial"/>
                <w:sz w:val="18"/>
                <w:szCs w:val="18"/>
                <w:lang w:val="pl-PL"/>
              </w:rPr>
              <w:t>wyrazy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i wyrażenia</w:t>
            </w:r>
            <w:r w:rsidR="00303019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związane z życiem codziennym i zainteresowaniami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963" w:type="dxa"/>
          </w:tcPr>
          <w:p w14:paraId="5F750324" w14:textId="1F4B6183" w:rsidR="00E541C3" w:rsidRPr="00303019" w:rsidRDefault="00E541C3" w:rsidP="00E541C3">
            <w:pPr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</w:pPr>
            <w:r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</w:t>
            </w:r>
            <w:r w:rsidR="00303019"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:</w:t>
            </w:r>
          </w:p>
          <w:p w14:paraId="5C61C979" w14:textId="5B4E0CA8" w:rsidR="00DE7EC5" w:rsidRPr="00E541C3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rozpoznaje i nazywa </w:t>
            </w:r>
            <w:r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większość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liter alfabetu</w:t>
            </w:r>
            <w:r w:rsidR="00AB1482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EB88990" w14:textId="69AEC2D2" w:rsidR="0067497E" w:rsidRPr="0067497E" w:rsidRDefault="00DE7EC5" w:rsidP="0067497E">
            <w:pPr>
              <w:rPr>
                <w:rFonts w:ascii="Arial" w:hAnsi="Arial" w:cs="Arial"/>
                <w:color w:val="EE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67497E"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z nieznaczną pomocą</w:t>
            </w:r>
            <w:r w:rsidR="00303019"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rozwija</w:t>
            </w:r>
          </w:p>
          <w:p w14:paraId="2E7B0E96" w14:textId="30BBFEDB" w:rsidR="00DE7EC5" w:rsidRPr="00E541C3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zasób słownictwa związanego </w:t>
            </w:r>
            <w:r w:rsidR="00A94862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 życiem codziennym 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ww.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obszarach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4B69432" w14:textId="0FC359D1" w:rsidR="00E541C3" w:rsidRPr="00090685" w:rsidRDefault="00DE7EC5" w:rsidP="0028592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35F97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 większości poprawnie</w:t>
            </w:r>
            <w:r w:rsidR="0067497E" w:rsidRP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DF338D">
              <w:rPr>
                <w:rFonts w:ascii="Arial" w:hAnsi="Arial" w:cs="Arial"/>
                <w:sz w:val="18"/>
                <w:szCs w:val="18"/>
                <w:lang w:val="pl-PL"/>
              </w:rPr>
              <w:t xml:space="preserve">isze po 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śladzie </w:t>
            </w:r>
            <w:r w:rsidR="00226CE6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najczęściej używane </w:t>
            </w:r>
            <w:r w:rsidR="00303019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wyrazy 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i wyrażenia </w:t>
            </w:r>
            <w:r w:rsidR="00303019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związane </w:t>
            </w:r>
            <w:r w:rsidR="00A94862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03019" w:rsidRPr="00E541C3">
              <w:rPr>
                <w:rFonts w:ascii="Arial" w:hAnsi="Arial" w:cs="Arial"/>
                <w:sz w:val="18"/>
                <w:szCs w:val="18"/>
                <w:lang w:val="pl-PL"/>
              </w:rPr>
              <w:t>z życiem codziennym i zainteresowaniami</w:t>
            </w:r>
            <w:r w:rsidR="0028592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821" w:type="dxa"/>
          </w:tcPr>
          <w:p w14:paraId="2706559F" w14:textId="77777777" w:rsidR="00E541C3" w:rsidRPr="0067497E" w:rsidRDefault="00E541C3" w:rsidP="00E541C3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 prawie zawsze samodzielnie</w:t>
            </w:r>
            <w:r w:rsidRPr="0067497E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pl-PL"/>
              </w:rPr>
              <w:t xml:space="preserve"> </w:t>
            </w:r>
            <w:r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i poprawnie</w:t>
            </w:r>
            <w:r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:</w:t>
            </w:r>
          </w:p>
          <w:p w14:paraId="5DFA09E9" w14:textId="6B7C99FC" w:rsidR="00DE7EC5" w:rsidRPr="00E541C3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rozpoznaje i nazywa litery alfabetu</w:t>
            </w:r>
            <w:r w:rsidR="00AB1482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C5B208F" w14:textId="77777777" w:rsidR="00DE7EC5" w:rsidRPr="00E541C3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rozwija zasób słownictwa związanego z życiem codziennym 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ww.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obszarach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2EFD03E3" w14:textId="579569FC" w:rsidR="00DE7EC5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p</w:t>
            </w:r>
            <w:r w:rsidR="00DF338D">
              <w:rPr>
                <w:rFonts w:ascii="Arial" w:hAnsi="Arial" w:cs="Arial"/>
                <w:sz w:val="18"/>
                <w:szCs w:val="18"/>
                <w:lang w:val="pl-PL"/>
              </w:rPr>
              <w:t>isze po śladzie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najczęściej używane wyrażenia i wyrazy związane z życiem codziennym </w:t>
            </w:r>
          </w:p>
          <w:p w14:paraId="4B60233C" w14:textId="3B8AF18F" w:rsidR="00E541C3" w:rsidRPr="00090685" w:rsidRDefault="00DE7EC5" w:rsidP="00DE7EC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i zainteresowaniami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892" w:type="dxa"/>
          </w:tcPr>
          <w:p w14:paraId="4325B71E" w14:textId="77777777" w:rsidR="00DC1C4C" w:rsidRPr="00501464" w:rsidRDefault="00DC1C4C" w:rsidP="00DC1C4C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 samodzielnie,  poprawnie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i </w:t>
            </w: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swobodnie:</w:t>
            </w:r>
          </w:p>
          <w:p w14:paraId="235DD61C" w14:textId="1612D862" w:rsidR="00E541C3" w:rsidRPr="00E541C3" w:rsidRDefault="009608AB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rozpoznaje i nazywa litery alfabetu</w:t>
            </w:r>
            <w:r w:rsidR="00AB1482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4CB51AEB" w14:textId="6A3FC575" w:rsidR="00E541C3" w:rsidRPr="00E541C3" w:rsidRDefault="009608AB" w:rsidP="009608A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rozwija zasób słownictwa związanego z życiem codziennym w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ww. 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>obszarach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7631C61C" w14:textId="618E3E1C" w:rsidR="009608AB" w:rsidRPr="00DF338D" w:rsidRDefault="009608AB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41C3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541C3" w:rsidRPr="00DF338D"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DF338D" w:rsidRPr="00DF338D">
              <w:rPr>
                <w:rFonts w:ascii="Arial" w:hAnsi="Arial" w:cs="Arial"/>
                <w:sz w:val="18"/>
                <w:szCs w:val="18"/>
                <w:lang w:val="pl-PL"/>
              </w:rPr>
              <w:t xml:space="preserve">isze po śladzie </w:t>
            </w:r>
            <w:r w:rsidR="00E541C3" w:rsidRPr="00DF338D">
              <w:rPr>
                <w:rFonts w:ascii="Arial" w:hAnsi="Arial" w:cs="Arial"/>
                <w:sz w:val="18"/>
                <w:szCs w:val="18"/>
                <w:lang w:val="pl-PL"/>
              </w:rPr>
              <w:t xml:space="preserve">najczęściej używane wyrażenia i wyrazy związane z życiem codziennym </w:t>
            </w:r>
          </w:p>
          <w:p w14:paraId="42348785" w14:textId="5AC960F6" w:rsidR="00E541C3" w:rsidRPr="00090685" w:rsidRDefault="00E541C3" w:rsidP="00E541C3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F338D">
              <w:rPr>
                <w:rFonts w:ascii="Arial" w:hAnsi="Arial" w:cs="Arial"/>
                <w:sz w:val="18"/>
                <w:szCs w:val="18"/>
                <w:lang w:val="pl-PL"/>
              </w:rPr>
              <w:t>i zainteresowaniami</w:t>
            </w:r>
            <w:r w:rsidR="009608AB" w:rsidRPr="00DF338D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</w:tr>
      <w:tr w:rsidR="001E4892" w:rsidRPr="00A94862" w14:paraId="4B84B426" w14:textId="77777777" w:rsidTr="000031A6">
        <w:tc>
          <w:tcPr>
            <w:tcW w:w="14459" w:type="dxa"/>
            <w:gridSpan w:val="5"/>
          </w:tcPr>
          <w:p w14:paraId="796D6597" w14:textId="77777777" w:rsidR="001E4892" w:rsidRPr="00A94862" w:rsidRDefault="001E4892" w:rsidP="001E4892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</w:p>
          <w:p w14:paraId="342E3449" w14:textId="77777777" w:rsidR="001E4892" w:rsidRPr="001E4892" w:rsidRDefault="001E4892" w:rsidP="001E4892">
            <w:pPr>
              <w:jc w:val="center"/>
              <w:rPr>
                <w:rFonts w:ascii="Arial" w:hAnsi="Arial" w:cs="Arial"/>
                <w:b/>
                <w:bCs/>
                <w:sz w:val="22"/>
                <w:lang w:val="pl-PL"/>
              </w:rPr>
            </w:pPr>
            <w:r w:rsidRPr="001E4892">
              <w:rPr>
                <w:rFonts w:ascii="Arial" w:hAnsi="Arial" w:cs="Arial"/>
                <w:b/>
                <w:bCs/>
                <w:sz w:val="22"/>
                <w:lang w:val="pl-PL"/>
              </w:rPr>
              <w:t>Wielojęzyczność i międzykulturowość – moduł kultura</w:t>
            </w:r>
          </w:p>
          <w:p w14:paraId="00A16AA4" w14:textId="65BF5D5B" w:rsidR="001E4892" w:rsidRPr="00A94862" w:rsidRDefault="001E4892" w:rsidP="001E4892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</w:p>
        </w:tc>
      </w:tr>
      <w:tr w:rsidR="00B959B2" w:rsidRPr="00863128" w14:paraId="10A6E199" w14:textId="77777777" w:rsidTr="000031A6">
        <w:trPr>
          <w:trHeight w:val="416"/>
        </w:trPr>
        <w:tc>
          <w:tcPr>
            <w:tcW w:w="2891" w:type="dxa"/>
          </w:tcPr>
          <w:p w14:paraId="3ED0EAA6" w14:textId="77777777" w:rsidR="00303019" w:rsidRDefault="00436128" w:rsidP="00303019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</w:t>
            </w:r>
            <w:r w:rsid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: </w:t>
            </w:r>
          </w:p>
          <w:p w14:paraId="13B990D4" w14:textId="3518B588" w:rsidR="00303019" w:rsidRDefault="00303019" w:rsidP="0030301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303019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dostrzega,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że ludzie posługują się różnymi językami i aby się </w:t>
            </w:r>
          </w:p>
          <w:p w14:paraId="75B0775F" w14:textId="43B8B4B6" w:rsidR="00303019" w:rsidRDefault="00303019" w:rsidP="00B959B2">
            <w:pPr>
              <w:rPr>
                <w:rFonts w:ascii="Arial" w:hAnsi="Arial" w:cs="Arial"/>
                <w:color w:val="EE0000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z nimi porozumieć, trzeba się tych języków nauczyć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BE97B23" w14:textId="6544E159" w:rsidR="002260EB" w:rsidRPr="00E541C3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rozpoznaje w swoim otoczeniu </w:t>
            </w:r>
            <w:r w:rsidR="00DE7EC5"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niektóre</w:t>
            </w:r>
            <w:r w:rsidR="00DE7EC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elementy różnych kultur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725BCC5" w14:textId="091FBEE3" w:rsidR="002260EB" w:rsidRPr="00E541C3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wyjaśnia znaczenie lub podaje odpowiednik w języku polskim</w:t>
            </w:r>
            <w:r w:rsidR="00CC6E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CC6E5D"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niektórych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bardzo prostych słów lub zwrotów z języka </w:t>
            </w:r>
            <w:r w:rsidR="00303019" w:rsidRPr="0030301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Pr="008E250E">
              <w:rPr>
                <w:rFonts w:ascii="Arial" w:hAnsi="Arial" w:cs="Arial"/>
                <w:color w:val="EE0000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i odwrotnie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DEF56F9" w14:textId="4F0163DF" w:rsidR="00B959B2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CC6E5D"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rzadko</w:t>
            </w:r>
            <w:r w:rsidR="00CC6E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w języku polskim ogólny sens bardzo prostego tekstu wysłuchanego lub przeczytanego </w:t>
            </w:r>
            <w:r w:rsidRP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w języku </w:t>
            </w:r>
            <w:r w:rsidR="00303019" w:rsidRPr="00303019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Pr="00303019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436128" w:rsidRPr="00303019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892" w:type="dxa"/>
          </w:tcPr>
          <w:p w14:paraId="3E790AB8" w14:textId="488841F7" w:rsidR="00436128" w:rsidRPr="00303019" w:rsidRDefault="00436128" w:rsidP="00436128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Uczeń:</w:t>
            </w:r>
          </w:p>
          <w:p w14:paraId="374112C2" w14:textId="77777777" w:rsidR="00436128" w:rsidRDefault="00436128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dostrzega, </w:t>
            </w:r>
            <w:r w:rsidR="002260EB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że ludzie posługują się różnymi językami i aby się </w:t>
            </w:r>
          </w:p>
          <w:p w14:paraId="5A5194F9" w14:textId="19329B62" w:rsidR="002260EB" w:rsidRDefault="002260EB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z nimi porozumieć, trzeba się tych języków nauczyć</w:t>
            </w:r>
            <w:r w:rsidR="002B5977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828811B" w14:textId="72E2A6FF" w:rsidR="002260EB" w:rsidRPr="00E541C3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rozpoznaje w swoim otoczeniu </w:t>
            </w:r>
            <w:r w:rsidR="0041408F"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część</w:t>
            </w:r>
            <w:r w:rsidR="0041408F">
              <w:rPr>
                <w:rFonts w:ascii="Arial" w:hAnsi="Arial" w:cs="Arial"/>
                <w:sz w:val="18"/>
                <w:szCs w:val="18"/>
                <w:lang w:val="pl-PL"/>
              </w:rPr>
              <w:t xml:space="preserve"> elementów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różnych kultur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44EDF42D" w14:textId="307FC0F5" w:rsidR="002260EB" w:rsidRPr="00E541C3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wyjaśnia znaczenie lub podaje odpowiednik w języku polskim </w:t>
            </w:r>
            <w:r w:rsidR="00CC6E5D"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części</w:t>
            </w:r>
            <w:r w:rsidR="00CC6E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bardzo prostych słów lub zwrotów z języka </w:t>
            </w:r>
            <w:r w:rsidR="0030301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i odwrotnie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41E884B2" w14:textId="1D3BD546" w:rsidR="00B959B2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CC6E5D"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czasami</w:t>
            </w:r>
            <w:r w:rsidR="00CC6E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w języku polskim ogólny sens bardzo prostego tekstu wysłuchanego lub przeczytanego w języku </w:t>
            </w:r>
            <w:r w:rsidR="00303019" w:rsidRPr="00303019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963" w:type="dxa"/>
          </w:tcPr>
          <w:p w14:paraId="0A474F6C" w14:textId="54990A65" w:rsidR="00436128" w:rsidRPr="00303019" w:rsidRDefault="00436128" w:rsidP="00436128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</w:t>
            </w:r>
            <w:r w:rsidR="00303019" w:rsidRPr="00303019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:</w:t>
            </w:r>
          </w:p>
          <w:p w14:paraId="344A6410" w14:textId="77777777" w:rsidR="00436128" w:rsidRDefault="00436128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dostrzega, </w:t>
            </w:r>
            <w:r w:rsidR="002260EB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że ludzie posługują się różnymi językami i aby się </w:t>
            </w:r>
          </w:p>
          <w:p w14:paraId="5C2FDDD4" w14:textId="535A6756" w:rsidR="002260EB" w:rsidRDefault="002260EB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z nimi porozumieć, trzeba się tych języków nauczyć</w:t>
            </w:r>
            <w:r w:rsidR="002B5977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0E058F0" w14:textId="4F5C12BB" w:rsidR="002260EB" w:rsidRPr="00E541C3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rozpoznaje w swoim otoczeniu </w:t>
            </w:r>
            <w:r w:rsidR="0020168A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znaczną część</w:t>
            </w:r>
            <w:r w:rsidR="0041408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element</w:t>
            </w:r>
            <w:r w:rsidR="0041408F">
              <w:rPr>
                <w:rFonts w:ascii="Arial" w:hAnsi="Arial" w:cs="Arial"/>
                <w:sz w:val="18"/>
                <w:szCs w:val="18"/>
                <w:lang w:val="pl-PL"/>
              </w:rPr>
              <w:t xml:space="preserve">ów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różnych kultur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29C0CF06" w14:textId="44B560F7" w:rsidR="002260EB" w:rsidRPr="00E541C3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wyjaśnia znaczenie lub podaje odpowiednik w języku polskim </w:t>
            </w:r>
            <w:r w:rsidR="00CC6E5D"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większości</w:t>
            </w:r>
            <w:r w:rsidR="00CC6E5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bardzo prostych słów lub zwrotów z języka obcego nowożytnego i odwrotnie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0376C45" w14:textId="0E41423C" w:rsidR="00B959B2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CC6E5D" w:rsidRPr="006749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często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przedstawia w języku polskim ogólny sens bardzo prostego tekstu wysłuchanego lub przeczytanego w języku obcym nowożytnym.</w:t>
            </w:r>
          </w:p>
        </w:tc>
        <w:tc>
          <w:tcPr>
            <w:tcW w:w="2821" w:type="dxa"/>
          </w:tcPr>
          <w:p w14:paraId="52B9E1C7" w14:textId="77777777" w:rsidR="00A94862" w:rsidRDefault="00436128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0168A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dostrzega, że</w:t>
            </w:r>
            <w:r w:rsidR="002260EB" w:rsidRPr="00E541C3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260EB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ludzie posługują się różnymi językami </w:t>
            </w:r>
          </w:p>
          <w:p w14:paraId="4D94CCBA" w14:textId="372CF4D8" w:rsidR="002260EB" w:rsidRDefault="002260EB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i aby się z nimi porozumieć, trzeba się tych języków nauczyć</w:t>
            </w:r>
            <w:r w:rsidR="002B5977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D4AA47F" w14:textId="77777777" w:rsidR="005D1CFD" w:rsidRPr="00A94862" w:rsidRDefault="005D1CFD" w:rsidP="00B959B2">
            <w:pPr>
              <w:rPr>
                <w:rFonts w:ascii="Arial" w:hAnsi="Arial" w:cs="Arial"/>
                <w:sz w:val="8"/>
                <w:szCs w:val="8"/>
                <w:lang w:val="pl-PL"/>
              </w:rPr>
            </w:pPr>
          </w:p>
          <w:p w14:paraId="53DA5B89" w14:textId="4AC2A65A" w:rsidR="005D1CFD" w:rsidRDefault="005D1CFD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D1CF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20168A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prawie zawsze samodzielnie i poprawnie:</w:t>
            </w:r>
          </w:p>
          <w:p w14:paraId="27191B0C" w14:textId="2A09608C" w:rsidR="002260EB" w:rsidRPr="00E541C3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rozpoznaje w swoim otoczeniu </w:t>
            </w:r>
            <w:r w:rsidR="0020168A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dużo</w:t>
            </w:r>
            <w:r w:rsidR="0020168A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element</w:t>
            </w:r>
            <w:r w:rsidR="0020168A">
              <w:rPr>
                <w:rFonts w:ascii="Arial" w:hAnsi="Arial" w:cs="Arial"/>
                <w:sz w:val="18"/>
                <w:szCs w:val="18"/>
                <w:lang w:val="pl-PL"/>
              </w:rPr>
              <w:t>ów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różnych kultur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92F5BBA" w14:textId="77777777" w:rsidR="002260EB" w:rsidRPr="00E541C3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wyjaśnia znaczenie lub podaje odpowiednik w języku polskim bardzo prostych słów lub zwrotów z języka obcego nowożytnego i odwrotnie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941511C" w14:textId="78DEA32B" w:rsidR="00B959B2" w:rsidRDefault="002260EB" w:rsidP="002260E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przedstawia w języku polskim ogólny sens bardzo prostego tekstu wysłuchanego lub przeczytanego w języku obcym nowożytnym.</w:t>
            </w:r>
          </w:p>
        </w:tc>
        <w:tc>
          <w:tcPr>
            <w:tcW w:w="2892" w:type="dxa"/>
          </w:tcPr>
          <w:p w14:paraId="5D6E0BEB" w14:textId="77777777" w:rsidR="00A94862" w:rsidRDefault="005D1CFD" w:rsidP="005D1CFD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0168A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dostrzega, że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ludzie posługują się różnymi językami </w:t>
            </w:r>
          </w:p>
          <w:p w14:paraId="4442EFA6" w14:textId="40176AEE" w:rsidR="005D1CFD" w:rsidRDefault="005D1CFD" w:rsidP="005D1CFD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>i aby się z nimi porozumieć, trzeba się tych języków nauczyć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6F08B32" w14:textId="77777777" w:rsidR="005D1CFD" w:rsidRPr="00A94862" w:rsidRDefault="005D1CFD" w:rsidP="005D1CFD">
            <w:pPr>
              <w:rPr>
                <w:rFonts w:ascii="Arial" w:hAnsi="Arial" w:cs="Arial"/>
                <w:sz w:val="8"/>
                <w:szCs w:val="8"/>
                <w:lang w:val="pl-PL"/>
              </w:rPr>
            </w:pPr>
          </w:p>
          <w:p w14:paraId="18EED7A3" w14:textId="77777777" w:rsidR="00DC1C4C" w:rsidRPr="00501464" w:rsidRDefault="00DC1C4C" w:rsidP="00DC1C4C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Uczeń samodzielnie,  poprawnie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i </w:t>
            </w:r>
            <w:r w:rsidRPr="0050146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swobodnie:</w:t>
            </w:r>
          </w:p>
          <w:p w14:paraId="4AE84D11" w14:textId="664B8D4F" w:rsidR="00B959B2" w:rsidRPr="00E541C3" w:rsidRDefault="00A45344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B959B2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rozpoznaje w swoim otoczeniu </w:t>
            </w:r>
            <w:r w:rsidR="0020168A" w:rsidRPr="0020168A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bardzo dużo</w:t>
            </w:r>
            <w:r w:rsidR="0020168A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B959B2" w:rsidRPr="00E541C3">
              <w:rPr>
                <w:rFonts w:ascii="Arial" w:hAnsi="Arial" w:cs="Arial"/>
                <w:sz w:val="18"/>
                <w:szCs w:val="18"/>
                <w:lang w:val="pl-PL"/>
              </w:rPr>
              <w:t>element</w:t>
            </w:r>
            <w:r w:rsidR="005D1CFD">
              <w:rPr>
                <w:rFonts w:ascii="Arial" w:hAnsi="Arial" w:cs="Arial"/>
                <w:sz w:val="18"/>
                <w:szCs w:val="18"/>
                <w:lang w:val="pl-PL"/>
              </w:rPr>
              <w:t>ów</w:t>
            </w:r>
            <w:r w:rsidR="00B959B2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różnych kultur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4CE155F3" w14:textId="7FA69A97" w:rsidR="00B959B2" w:rsidRPr="00E541C3" w:rsidRDefault="00A45344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B959B2" w:rsidRPr="00E541C3">
              <w:rPr>
                <w:rFonts w:ascii="Arial" w:hAnsi="Arial" w:cs="Arial"/>
                <w:sz w:val="18"/>
                <w:szCs w:val="18"/>
                <w:lang w:val="pl-PL"/>
              </w:rPr>
              <w:t>wyjaśnia znaczenie lub podaje odpowiednik w języku polskim bardzo prostych słów lub zwrotów z języka obcego nowożytnego i odwrotnie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B959B2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9D161F0" w14:textId="51AA7443" w:rsidR="00B959B2" w:rsidRDefault="00A45344" w:rsidP="00B959B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B959B2" w:rsidRPr="00E541C3">
              <w:rPr>
                <w:rFonts w:ascii="Arial" w:hAnsi="Arial" w:cs="Arial"/>
                <w:sz w:val="18"/>
                <w:szCs w:val="18"/>
                <w:lang w:val="pl-PL"/>
              </w:rPr>
              <w:t xml:space="preserve"> przedstawia w języku polskim ogólny sens bardzo prostego tekstu wysłuchanego lub przeczytanego w języku obcym nowożytnym.</w:t>
            </w:r>
          </w:p>
        </w:tc>
      </w:tr>
    </w:tbl>
    <w:p w14:paraId="10DBBDF3" w14:textId="054CFE7A" w:rsidR="00011B3D" w:rsidRPr="0020168A" w:rsidRDefault="0058328B" w:rsidP="0058328B">
      <w:pPr>
        <w:spacing w:line="240" w:lineRule="auto"/>
        <w:rPr>
          <w:rFonts w:ascii="Arial" w:hAnsi="Arial" w:cs="Arial"/>
          <w:b/>
          <w:bCs/>
          <w:color w:val="EE0000"/>
          <w:sz w:val="8"/>
          <w:szCs w:val="8"/>
          <w:lang w:val="pl-PL"/>
        </w:rPr>
      </w:pPr>
      <w:r w:rsidRPr="0058328B">
        <w:rPr>
          <w:rFonts w:ascii="Arial" w:hAnsi="Arial" w:cs="Arial"/>
          <w:sz w:val="12"/>
          <w:szCs w:val="12"/>
          <w:lang w:val="pl-PL"/>
        </w:rPr>
        <w:br/>
      </w:r>
      <w:r w:rsidR="009838B2" w:rsidRPr="0020168A">
        <w:rPr>
          <w:rFonts w:ascii="Arial" w:hAnsi="Arial" w:cs="Arial"/>
          <w:b/>
          <w:bCs/>
          <w:sz w:val="18"/>
          <w:szCs w:val="18"/>
          <w:lang w:val="pl-PL"/>
        </w:rPr>
        <w:t>P</w:t>
      </w:r>
      <w:r w:rsidR="00FE4634" w:rsidRPr="0020168A">
        <w:rPr>
          <w:rFonts w:ascii="Arial" w:hAnsi="Arial" w:cs="Arial"/>
          <w:b/>
          <w:bCs/>
          <w:sz w:val="18"/>
          <w:szCs w:val="18"/>
          <w:lang w:val="pl-PL"/>
        </w:rPr>
        <w:t>oziom wymagający wsparcia</w:t>
      </w:r>
      <w:r w:rsidR="0020168A">
        <w:rPr>
          <w:rFonts w:ascii="Arial" w:hAnsi="Arial" w:cs="Arial"/>
          <w:b/>
          <w:bCs/>
          <w:sz w:val="18"/>
          <w:szCs w:val="18"/>
          <w:lang w:val="pl-PL"/>
        </w:rPr>
        <w:t xml:space="preserve"> nie został ujęty w tabeli i </w:t>
      </w:r>
      <w:r w:rsidR="00011B3D" w:rsidRPr="0020168A">
        <w:rPr>
          <w:rFonts w:ascii="Arial" w:hAnsi="Arial" w:cs="Arial"/>
          <w:b/>
          <w:bCs/>
          <w:sz w:val="18"/>
          <w:szCs w:val="18"/>
          <w:lang w:val="pl-PL"/>
        </w:rPr>
        <w:t>o</w:t>
      </w:r>
      <w:r w:rsidR="00F21478" w:rsidRPr="0020168A">
        <w:rPr>
          <w:rFonts w:ascii="Arial" w:hAnsi="Arial" w:cs="Arial"/>
          <w:b/>
          <w:bCs/>
          <w:sz w:val="18"/>
          <w:szCs w:val="18"/>
          <w:lang w:val="pl-PL"/>
        </w:rPr>
        <w:t xml:space="preserve">dnosi się do </w:t>
      </w:r>
      <w:r w:rsidR="00011B3D" w:rsidRPr="0020168A">
        <w:rPr>
          <w:rFonts w:ascii="Arial" w:hAnsi="Arial" w:cs="Arial"/>
          <w:b/>
          <w:bCs/>
          <w:sz w:val="18"/>
          <w:szCs w:val="18"/>
          <w:lang w:val="pl-PL"/>
        </w:rPr>
        <w:t>uc</w:t>
      </w:r>
      <w:r w:rsidR="00F21478" w:rsidRPr="0020168A">
        <w:rPr>
          <w:rFonts w:ascii="Arial" w:hAnsi="Arial" w:cs="Arial"/>
          <w:b/>
          <w:bCs/>
          <w:sz w:val="18"/>
          <w:szCs w:val="18"/>
          <w:lang w:val="pl-PL"/>
        </w:rPr>
        <w:t>znia</w:t>
      </w:r>
      <w:r w:rsidR="00011B3D" w:rsidRPr="0020168A">
        <w:rPr>
          <w:rFonts w:ascii="Arial" w:hAnsi="Arial" w:cs="Arial"/>
          <w:b/>
          <w:bCs/>
          <w:sz w:val="18"/>
          <w:szCs w:val="18"/>
          <w:lang w:val="pl-PL"/>
        </w:rPr>
        <w:t xml:space="preserve"> niespełniając</w:t>
      </w:r>
      <w:r w:rsidR="00F21478" w:rsidRPr="0020168A">
        <w:rPr>
          <w:rFonts w:ascii="Arial" w:hAnsi="Arial" w:cs="Arial"/>
          <w:b/>
          <w:bCs/>
          <w:sz w:val="18"/>
          <w:szCs w:val="18"/>
          <w:lang w:val="pl-PL"/>
        </w:rPr>
        <w:t>ego</w:t>
      </w:r>
      <w:r w:rsidR="00011B3D" w:rsidRPr="0020168A">
        <w:rPr>
          <w:rFonts w:ascii="Arial" w:hAnsi="Arial" w:cs="Arial"/>
          <w:b/>
          <w:bCs/>
          <w:sz w:val="18"/>
          <w:szCs w:val="18"/>
          <w:lang w:val="pl-PL"/>
        </w:rPr>
        <w:t xml:space="preserve"> wymagań określonych dla </w:t>
      </w:r>
      <w:r w:rsidR="00FE4634" w:rsidRPr="0020168A">
        <w:rPr>
          <w:rFonts w:ascii="Arial" w:hAnsi="Arial" w:cs="Arial"/>
          <w:b/>
          <w:bCs/>
          <w:sz w:val="18"/>
          <w:szCs w:val="18"/>
          <w:lang w:val="pl-PL"/>
        </w:rPr>
        <w:t xml:space="preserve">poziomu </w:t>
      </w:r>
      <w:r w:rsidR="009838B2" w:rsidRPr="0020168A">
        <w:rPr>
          <w:rFonts w:ascii="Arial" w:hAnsi="Arial" w:cs="Arial"/>
          <w:b/>
          <w:bCs/>
          <w:sz w:val="18"/>
          <w:szCs w:val="18"/>
          <w:lang w:val="pl-PL"/>
        </w:rPr>
        <w:t>minimalnego</w:t>
      </w:r>
      <w:r w:rsidR="00011B3D" w:rsidRPr="0020168A">
        <w:rPr>
          <w:rFonts w:ascii="Arial" w:hAnsi="Arial" w:cs="Arial"/>
          <w:b/>
          <w:bCs/>
          <w:sz w:val="12"/>
          <w:szCs w:val="12"/>
          <w:lang w:val="pl-PL"/>
        </w:rPr>
        <w:t>.</w:t>
      </w:r>
    </w:p>
    <w:sectPr w:rsidR="00011B3D" w:rsidRPr="0020168A" w:rsidSect="00401A60">
      <w:footerReference w:type="default" r:id="rId9"/>
      <w:pgSz w:w="15840" w:h="12240" w:orient="landscape"/>
      <w:pgMar w:top="624" w:right="720" w:bottom="624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3F593" w14:textId="77777777" w:rsidR="00E46FF3" w:rsidRDefault="00E46FF3">
      <w:pPr>
        <w:spacing w:after="0" w:line="240" w:lineRule="auto"/>
      </w:pPr>
      <w:r>
        <w:separator/>
      </w:r>
    </w:p>
  </w:endnote>
  <w:endnote w:type="continuationSeparator" w:id="0">
    <w:p w14:paraId="1CD3D4C6" w14:textId="77777777" w:rsidR="00E46FF3" w:rsidRDefault="00E4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2F61" w14:textId="6144EF99" w:rsidR="001333E2" w:rsidRDefault="004A3777">
    <w:pPr>
      <w:pStyle w:val="Stopka"/>
      <w:jc w:val="center"/>
    </w:pP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 w:rsidR="009629E0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34887" w14:textId="77777777" w:rsidR="00E46FF3" w:rsidRDefault="00E46FF3">
      <w:pPr>
        <w:spacing w:after="0" w:line="240" w:lineRule="auto"/>
      </w:pPr>
      <w:r>
        <w:separator/>
      </w:r>
    </w:p>
  </w:footnote>
  <w:footnote w:type="continuationSeparator" w:id="0">
    <w:p w14:paraId="7FE55967" w14:textId="77777777" w:rsidR="00E46FF3" w:rsidRDefault="00E46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6552C4"/>
    <w:multiLevelType w:val="multilevel"/>
    <w:tmpl w:val="BCAC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814301"/>
    <w:multiLevelType w:val="multilevel"/>
    <w:tmpl w:val="987C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D97378"/>
    <w:multiLevelType w:val="multilevel"/>
    <w:tmpl w:val="1740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A81790"/>
    <w:multiLevelType w:val="hybridMultilevel"/>
    <w:tmpl w:val="5AEA37E6"/>
    <w:lvl w:ilvl="0" w:tplc="46E2C7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90A22"/>
    <w:multiLevelType w:val="multilevel"/>
    <w:tmpl w:val="E46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755D0"/>
    <w:multiLevelType w:val="hybridMultilevel"/>
    <w:tmpl w:val="AB8471A8"/>
    <w:lvl w:ilvl="0" w:tplc="00BA403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A5CE5"/>
    <w:multiLevelType w:val="multilevel"/>
    <w:tmpl w:val="0600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FD05A4"/>
    <w:multiLevelType w:val="hybridMultilevel"/>
    <w:tmpl w:val="1212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3323"/>
    <w:multiLevelType w:val="multilevel"/>
    <w:tmpl w:val="E6A6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511AF"/>
    <w:multiLevelType w:val="multilevel"/>
    <w:tmpl w:val="40CC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A60CF8"/>
    <w:multiLevelType w:val="multilevel"/>
    <w:tmpl w:val="54BC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2D11C7"/>
    <w:multiLevelType w:val="multilevel"/>
    <w:tmpl w:val="7462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D0F79"/>
    <w:multiLevelType w:val="multilevel"/>
    <w:tmpl w:val="9D64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D91E30"/>
    <w:multiLevelType w:val="multilevel"/>
    <w:tmpl w:val="95AA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BD2E0A"/>
    <w:multiLevelType w:val="multilevel"/>
    <w:tmpl w:val="08F4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FD7D4E"/>
    <w:multiLevelType w:val="multilevel"/>
    <w:tmpl w:val="FA74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BA352B"/>
    <w:multiLevelType w:val="hybridMultilevel"/>
    <w:tmpl w:val="E0ACC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C4467"/>
    <w:multiLevelType w:val="multilevel"/>
    <w:tmpl w:val="A5F8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2F1779"/>
    <w:multiLevelType w:val="multilevel"/>
    <w:tmpl w:val="7CE4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620319">
    <w:abstractNumId w:val="8"/>
  </w:num>
  <w:num w:numId="2" w16cid:durableId="729185458">
    <w:abstractNumId w:val="6"/>
  </w:num>
  <w:num w:numId="3" w16cid:durableId="599065079">
    <w:abstractNumId w:val="5"/>
  </w:num>
  <w:num w:numId="4" w16cid:durableId="821703269">
    <w:abstractNumId w:val="4"/>
  </w:num>
  <w:num w:numId="5" w16cid:durableId="1886988841">
    <w:abstractNumId w:val="7"/>
  </w:num>
  <w:num w:numId="6" w16cid:durableId="836114034">
    <w:abstractNumId w:val="3"/>
  </w:num>
  <w:num w:numId="7" w16cid:durableId="1390955064">
    <w:abstractNumId w:val="2"/>
  </w:num>
  <w:num w:numId="8" w16cid:durableId="586816015">
    <w:abstractNumId w:val="1"/>
  </w:num>
  <w:num w:numId="9" w16cid:durableId="1218859850">
    <w:abstractNumId w:val="0"/>
  </w:num>
  <w:num w:numId="10" w16cid:durableId="1389643427">
    <w:abstractNumId w:val="14"/>
  </w:num>
  <w:num w:numId="11" w16cid:durableId="829368307">
    <w:abstractNumId w:val="12"/>
  </w:num>
  <w:num w:numId="12" w16cid:durableId="1277369094">
    <w:abstractNumId w:val="25"/>
  </w:num>
  <w:num w:numId="13" w16cid:durableId="2025326536">
    <w:abstractNumId w:val="16"/>
  </w:num>
  <w:num w:numId="14" w16cid:durableId="1210806404">
    <w:abstractNumId w:val="15"/>
  </w:num>
  <w:num w:numId="15" w16cid:durableId="2020959458">
    <w:abstractNumId w:val="21"/>
  </w:num>
  <w:num w:numId="16" w16cid:durableId="461073386">
    <w:abstractNumId w:val="10"/>
  </w:num>
  <w:num w:numId="17" w16cid:durableId="579950439">
    <w:abstractNumId w:val="18"/>
  </w:num>
  <w:num w:numId="18" w16cid:durableId="312178528">
    <w:abstractNumId w:val="19"/>
  </w:num>
  <w:num w:numId="19" w16cid:durableId="650141054">
    <w:abstractNumId w:val="9"/>
  </w:num>
  <w:num w:numId="20" w16cid:durableId="1092701040">
    <w:abstractNumId w:val="27"/>
  </w:num>
  <w:num w:numId="21" w16cid:durableId="364598835">
    <w:abstractNumId w:val="17"/>
  </w:num>
  <w:num w:numId="22" w16cid:durableId="1433167407">
    <w:abstractNumId w:val="13"/>
  </w:num>
  <w:num w:numId="23" w16cid:durableId="1646931214">
    <w:abstractNumId w:val="26"/>
  </w:num>
  <w:num w:numId="24" w16cid:durableId="940067549">
    <w:abstractNumId w:val="11"/>
  </w:num>
  <w:num w:numId="25" w16cid:durableId="2042507883">
    <w:abstractNumId w:val="20"/>
  </w:num>
  <w:num w:numId="26" w16cid:durableId="515392298">
    <w:abstractNumId w:val="23"/>
  </w:num>
  <w:num w:numId="27" w16cid:durableId="1753575800">
    <w:abstractNumId w:val="24"/>
  </w:num>
  <w:num w:numId="28" w16cid:durableId="16783866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1A6"/>
    <w:rsid w:val="00011B3D"/>
    <w:rsid w:val="00017A90"/>
    <w:rsid w:val="00030A62"/>
    <w:rsid w:val="00034616"/>
    <w:rsid w:val="00050109"/>
    <w:rsid w:val="0005165F"/>
    <w:rsid w:val="000549F3"/>
    <w:rsid w:val="00054CD4"/>
    <w:rsid w:val="0006063C"/>
    <w:rsid w:val="00062171"/>
    <w:rsid w:val="00090685"/>
    <w:rsid w:val="000A2C78"/>
    <w:rsid w:val="000A5EC0"/>
    <w:rsid w:val="000A719D"/>
    <w:rsid w:val="000B5313"/>
    <w:rsid w:val="000B6F79"/>
    <w:rsid w:val="000C026B"/>
    <w:rsid w:val="000D2EDA"/>
    <w:rsid w:val="000F4B8B"/>
    <w:rsid w:val="00102AAB"/>
    <w:rsid w:val="001057B7"/>
    <w:rsid w:val="0011126B"/>
    <w:rsid w:val="001333E2"/>
    <w:rsid w:val="0013373D"/>
    <w:rsid w:val="00140FD9"/>
    <w:rsid w:val="00142705"/>
    <w:rsid w:val="0015074B"/>
    <w:rsid w:val="001629E5"/>
    <w:rsid w:val="001671D8"/>
    <w:rsid w:val="0017710B"/>
    <w:rsid w:val="001847D5"/>
    <w:rsid w:val="00186330"/>
    <w:rsid w:val="001867A2"/>
    <w:rsid w:val="0019337B"/>
    <w:rsid w:val="001A3785"/>
    <w:rsid w:val="001A406E"/>
    <w:rsid w:val="001B3E93"/>
    <w:rsid w:val="001B5C2A"/>
    <w:rsid w:val="001C0383"/>
    <w:rsid w:val="001D072A"/>
    <w:rsid w:val="001D122B"/>
    <w:rsid w:val="001E2B15"/>
    <w:rsid w:val="001E4892"/>
    <w:rsid w:val="0020168A"/>
    <w:rsid w:val="00216661"/>
    <w:rsid w:val="002260EB"/>
    <w:rsid w:val="00226CE6"/>
    <w:rsid w:val="0023665D"/>
    <w:rsid w:val="00250DDA"/>
    <w:rsid w:val="0026324B"/>
    <w:rsid w:val="00266148"/>
    <w:rsid w:val="0028592F"/>
    <w:rsid w:val="002901EF"/>
    <w:rsid w:val="00295A9C"/>
    <w:rsid w:val="00295D57"/>
    <w:rsid w:val="0029639D"/>
    <w:rsid w:val="002964C3"/>
    <w:rsid w:val="002A5B7E"/>
    <w:rsid w:val="002B5977"/>
    <w:rsid w:val="002B79AF"/>
    <w:rsid w:val="002C4782"/>
    <w:rsid w:val="002C57CD"/>
    <w:rsid w:val="002D0E4A"/>
    <w:rsid w:val="002D6589"/>
    <w:rsid w:val="002D6FEE"/>
    <w:rsid w:val="002E26CA"/>
    <w:rsid w:val="003009A0"/>
    <w:rsid w:val="00301329"/>
    <w:rsid w:val="00303019"/>
    <w:rsid w:val="0030440D"/>
    <w:rsid w:val="00307515"/>
    <w:rsid w:val="00315C7E"/>
    <w:rsid w:val="00316981"/>
    <w:rsid w:val="00326F90"/>
    <w:rsid w:val="00334ADE"/>
    <w:rsid w:val="00337BC7"/>
    <w:rsid w:val="00341D36"/>
    <w:rsid w:val="00347FD3"/>
    <w:rsid w:val="00351449"/>
    <w:rsid w:val="00351B8F"/>
    <w:rsid w:val="0035785C"/>
    <w:rsid w:val="003909B1"/>
    <w:rsid w:val="003A35B0"/>
    <w:rsid w:val="003A6D64"/>
    <w:rsid w:val="003B0158"/>
    <w:rsid w:val="003B0AA6"/>
    <w:rsid w:val="003B740A"/>
    <w:rsid w:val="003C15DE"/>
    <w:rsid w:val="003C6482"/>
    <w:rsid w:val="003E7DDF"/>
    <w:rsid w:val="003F350D"/>
    <w:rsid w:val="00401A60"/>
    <w:rsid w:val="00401D9A"/>
    <w:rsid w:val="0040592D"/>
    <w:rsid w:val="0041408F"/>
    <w:rsid w:val="004159A4"/>
    <w:rsid w:val="0042351B"/>
    <w:rsid w:val="00436128"/>
    <w:rsid w:val="00451E1D"/>
    <w:rsid w:val="004911DE"/>
    <w:rsid w:val="004A0050"/>
    <w:rsid w:val="004A2671"/>
    <w:rsid w:val="004A3777"/>
    <w:rsid w:val="004B4195"/>
    <w:rsid w:val="004B5987"/>
    <w:rsid w:val="004B5A0A"/>
    <w:rsid w:val="004D3215"/>
    <w:rsid w:val="004D4E82"/>
    <w:rsid w:val="004D7AB6"/>
    <w:rsid w:val="004F6084"/>
    <w:rsid w:val="004F6CB7"/>
    <w:rsid w:val="00501464"/>
    <w:rsid w:val="00506C41"/>
    <w:rsid w:val="005246B1"/>
    <w:rsid w:val="005256ED"/>
    <w:rsid w:val="00537550"/>
    <w:rsid w:val="00554C19"/>
    <w:rsid w:val="005562D7"/>
    <w:rsid w:val="0058328B"/>
    <w:rsid w:val="005A0A69"/>
    <w:rsid w:val="005A777E"/>
    <w:rsid w:val="005C26F9"/>
    <w:rsid w:val="005C34DC"/>
    <w:rsid w:val="005C4A76"/>
    <w:rsid w:val="005D1CFD"/>
    <w:rsid w:val="005D2B9B"/>
    <w:rsid w:val="005D2FE5"/>
    <w:rsid w:val="005E4137"/>
    <w:rsid w:val="005E7597"/>
    <w:rsid w:val="005F16CD"/>
    <w:rsid w:val="00600C11"/>
    <w:rsid w:val="00605537"/>
    <w:rsid w:val="006147C7"/>
    <w:rsid w:val="00626A42"/>
    <w:rsid w:val="00636AF7"/>
    <w:rsid w:val="00654B38"/>
    <w:rsid w:val="00657A55"/>
    <w:rsid w:val="006656EA"/>
    <w:rsid w:val="006671A4"/>
    <w:rsid w:val="0067497E"/>
    <w:rsid w:val="00675078"/>
    <w:rsid w:val="006A244B"/>
    <w:rsid w:val="006A2825"/>
    <w:rsid w:val="006B064E"/>
    <w:rsid w:val="006B45B1"/>
    <w:rsid w:val="006E0C49"/>
    <w:rsid w:val="006F588B"/>
    <w:rsid w:val="007033E5"/>
    <w:rsid w:val="00704469"/>
    <w:rsid w:val="00705C54"/>
    <w:rsid w:val="00706F75"/>
    <w:rsid w:val="0071742A"/>
    <w:rsid w:val="00725559"/>
    <w:rsid w:val="007345DC"/>
    <w:rsid w:val="00735303"/>
    <w:rsid w:val="00745FD4"/>
    <w:rsid w:val="0075178F"/>
    <w:rsid w:val="00752F97"/>
    <w:rsid w:val="00782730"/>
    <w:rsid w:val="00790DAC"/>
    <w:rsid w:val="007956BD"/>
    <w:rsid w:val="007A55B4"/>
    <w:rsid w:val="007B1C26"/>
    <w:rsid w:val="007B5305"/>
    <w:rsid w:val="007B74A3"/>
    <w:rsid w:val="007C35F9"/>
    <w:rsid w:val="007C5005"/>
    <w:rsid w:val="007C7F1F"/>
    <w:rsid w:val="007D29FF"/>
    <w:rsid w:val="007D38AD"/>
    <w:rsid w:val="007D3B1E"/>
    <w:rsid w:val="007D590A"/>
    <w:rsid w:val="00821620"/>
    <w:rsid w:val="00825847"/>
    <w:rsid w:val="00851D51"/>
    <w:rsid w:val="00862E44"/>
    <w:rsid w:val="00863128"/>
    <w:rsid w:val="00871A60"/>
    <w:rsid w:val="00871E42"/>
    <w:rsid w:val="00887305"/>
    <w:rsid w:val="00892945"/>
    <w:rsid w:val="008A07ED"/>
    <w:rsid w:val="008A3514"/>
    <w:rsid w:val="008B0574"/>
    <w:rsid w:val="008B0806"/>
    <w:rsid w:val="008B264C"/>
    <w:rsid w:val="008B79B0"/>
    <w:rsid w:val="008D34DD"/>
    <w:rsid w:val="008E169D"/>
    <w:rsid w:val="008E250E"/>
    <w:rsid w:val="008E4472"/>
    <w:rsid w:val="008E5761"/>
    <w:rsid w:val="008F1BD4"/>
    <w:rsid w:val="008F7D88"/>
    <w:rsid w:val="00912DBA"/>
    <w:rsid w:val="00933A4E"/>
    <w:rsid w:val="009608AB"/>
    <w:rsid w:val="009629E0"/>
    <w:rsid w:val="009644DA"/>
    <w:rsid w:val="009838B2"/>
    <w:rsid w:val="00985C6A"/>
    <w:rsid w:val="00986314"/>
    <w:rsid w:val="00995662"/>
    <w:rsid w:val="00995B66"/>
    <w:rsid w:val="009A0ADE"/>
    <w:rsid w:val="009A332D"/>
    <w:rsid w:val="009A609C"/>
    <w:rsid w:val="009B0DA0"/>
    <w:rsid w:val="009B682F"/>
    <w:rsid w:val="009C6D2A"/>
    <w:rsid w:val="009C70FA"/>
    <w:rsid w:val="009D55CD"/>
    <w:rsid w:val="009E5B8F"/>
    <w:rsid w:val="009E5FEF"/>
    <w:rsid w:val="009F7E67"/>
    <w:rsid w:val="00A12ADD"/>
    <w:rsid w:val="00A14B59"/>
    <w:rsid w:val="00A1679A"/>
    <w:rsid w:val="00A2497A"/>
    <w:rsid w:val="00A26682"/>
    <w:rsid w:val="00A35F97"/>
    <w:rsid w:val="00A43279"/>
    <w:rsid w:val="00A45344"/>
    <w:rsid w:val="00A51668"/>
    <w:rsid w:val="00A51C55"/>
    <w:rsid w:val="00A53D47"/>
    <w:rsid w:val="00A542B1"/>
    <w:rsid w:val="00A648EB"/>
    <w:rsid w:val="00A6748E"/>
    <w:rsid w:val="00A75A74"/>
    <w:rsid w:val="00A93A39"/>
    <w:rsid w:val="00A94862"/>
    <w:rsid w:val="00A96266"/>
    <w:rsid w:val="00A979D0"/>
    <w:rsid w:val="00A97A32"/>
    <w:rsid w:val="00AA1D8D"/>
    <w:rsid w:val="00AB1482"/>
    <w:rsid w:val="00AB2880"/>
    <w:rsid w:val="00B02106"/>
    <w:rsid w:val="00B11133"/>
    <w:rsid w:val="00B1365E"/>
    <w:rsid w:val="00B17155"/>
    <w:rsid w:val="00B32369"/>
    <w:rsid w:val="00B40D35"/>
    <w:rsid w:val="00B40E12"/>
    <w:rsid w:val="00B42BBB"/>
    <w:rsid w:val="00B43B25"/>
    <w:rsid w:val="00B4647F"/>
    <w:rsid w:val="00B47730"/>
    <w:rsid w:val="00B53174"/>
    <w:rsid w:val="00B61D7B"/>
    <w:rsid w:val="00B70F5D"/>
    <w:rsid w:val="00B959B2"/>
    <w:rsid w:val="00BA0621"/>
    <w:rsid w:val="00BA1A31"/>
    <w:rsid w:val="00BC236C"/>
    <w:rsid w:val="00BC4103"/>
    <w:rsid w:val="00BC7FE7"/>
    <w:rsid w:val="00BD6C87"/>
    <w:rsid w:val="00BE11B7"/>
    <w:rsid w:val="00C05FB1"/>
    <w:rsid w:val="00C27BA9"/>
    <w:rsid w:val="00C423DD"/>
    <w:rsid w:val="00C51764"/>
    <w:rsid w:val="00C54FCE"/>
    <w:rsid w:val="00C576AE"/>
    <w:rsid w:val="00C644E7"/>
    <w:rsid w:val="00C749C3"/>
    <w:rsid w:val="00C8226F"/>
    <w:rsid w:val="00CB0664"/>
    <w:rsid w:val="00CB7021"/>
    <w:rsid w:val="00CC6E5D"/>
    <w:rsid w:val="00CE6598"/>
    <w:rsid w:val="00CF27CA"/>
    <w:rsid w:val="00CF6932"/>
    <w:rsid w:val="00D01103"/>
    <w:rsid w:val="00D04358"/>
    <w:rsid w:val="00D1056A"/>
    <w:rsid w:val="00D143A4"/>
    <w:rsid w:val="00D217B8"/>
    <w:rsid w:val="00D23313"/>
    <w:rsid w:val="00D2333D"/>
    <w:rsid w:val="00D5648C"/>
    <w:rsid w:val="00D61E24"/>
    <w:rsid w:val="00D75026"/>
    <w:rsid w:val="00D77FD5"/>
    <w:rsid w:val="00D94499"/>
    <w:rsid w:val="00DA0A99"/>
    <w:rsid w:val="00DA4D13"/>
    <w:rsid w:val="00DB4DAE"/>
    <w:rsid w:val="00DC19F1"/>
    <w:rsid w:val="00DC1C4C"/>
    <w:rsid w:val="00DC1D08"/>
    <w:rsid w:val="00DC2F22"/>
    <w:rsid w:val="00DC7C25"/>
    <w:rsid w:val="00DD7993"/>
    <w:rsid w:val="00DE12CE"/>
    <w:rsid w:val="00DE4B15"/>
    <w:rsid w:val="00DE7EC5"/>
    <w:rsid w:val="00DF0DE8"/>
    <w:rsid w:val="00DF338D"/>
    <w:rsid w:val="00E012D1"/>
    <w:rsid w:val="00E03949"/>
    <w:rsid w:val="00E06331"/>
    <w:rsid w:val="00E07380"/>
    <w:rsid w:val="00E11150"/>
    <w:rsid w:val="00E162F3"/>
    <w:rsid w:val="00E170D2"/>
    <w:rsid w:val="00E23901"/>
    <w:rsid w:val="00E26AAE"/>
    <w:rsid w:val="00E44BB1"/>
    <w:rsid w:val="00E45264"/>
    <w:rsid w:val="00E46FF3"/>
    <w:rsid w:val="00E5179C"/>
    <w:rsid w:val="00E51FA8"/>
    <w:rsid w:val="00E531E1"/>
    <w:rsid w:val="00E537B3"/>
    <w:rsid w:val="00E541C3"/>
    <w:rsid w:val="00E56084"/>
    <w:rsid w:val="00E60018"/>
    <w:rsid w:val="00E93D6C"/>
    <w:rsid w:val="00E97E1B"/>
    <w:rsid w:val="00EA2054"/>
    <w:rsid w:val="00EA357B"/>
    <w:rsid w:val="00EA4B17"/>
    <w:rsid w:val="00EB13FF"/>
    <w:rsid w:val="00EB328B"/>
    <w:rsid w:val="00EB59B2"/>
    <w:rsid w:val="00EB5F10"/>
    <w:rsid w:val="00ED08D8"/>
    <w:rsid w:val="00ED6F98"/>
    <w:rsid w:val="00EE546B"/>
    <w:rsid w:val="00EF49F0"/>
    <w:rsid w:val="00EF6C19"/>
    <w:rsid w:val="00F004C3"/>
    <w:rsid w:val="00F03B05"/>
    <w:rsid w:val="00F21478"/>
    <w:rsid w:val="00F24B34"/>
    <w:rsid w:val="00F26A46"/>
    <w:rsid w:val="00F35FCC"/>
    <w:rsid w:val="00F468F4"/>
    <w:rsid w:val="00F47607"/>
    <w:rsid w:val="00F5595B"/>
    <w:rsid w:val="00F60024"/>
    <w:rsid w:val="00F778B9"/>
    <w:rsid w:val="00F84424"/>
    <w:rsid w:val="00FA610B"/>
    <w:rsid w:val="00FB0B5D"/>
    <w:rsid w:val="00FB1150"/>
    <w:rsid w:val="00FB155B"/>
    <w:rsid w:val="00FC693F"/>
    <w:rsid w:val="00FC766D"/>
    <w:rsid w:val="00FD2636"/>
    <w:rsid w:val="00FD3CE8"/>
    <w:rsid w:val="00FE0EEB"/>
    <w:rsid w:val="00FE4634"/>
    <w:rsid w:val="00FF2B09"/>
    <w:rsid w:val="00F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89F76"/>
  <w14:defaultImageDpi w14:val="300"/>
  <w15:docId w15:val="{EF25F2F6-8799-4A18-9BA9-F7C6BCA1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E56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06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0621"/>
    <w:rPr>
      <w:rFonts w:ascii="Aptos" w:hAnsi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06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2702</Words>
  <Characters>16213</Characters>
  <Application>Microsoft Office Word</Application>
  <DocSecurity>0</DocSecurity>
  <Lines>135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Joanna Czosnyka</cp:lastModifiedBy>
  <cp:revision>12</cp:revision>
  <cp:lastPrinted>2026-08-24T08:49:00Z</cp:lastPrinted>
  <dcterms:created xsi:type="dcterms:W3CDTF">2026-08-31T13:08:00Z</dcterms:created>
  <dcterms:modified xsi:type="dcterms:W3CDTF">2026-09-02T08:29:00Z</dcterms:modified>
  <cp:category/>
</cp:coreProperties>
</file>